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A4902" w14:textId="77777777" w:rsidR="0009150F" w:rsidRPr="00C81F78" w:rsidRDefault="00BD2FBA">
      <w:pPr>
        <w:spacing w:before="60" w:after="20"/>
        <w:jc w:val="center"/>
        <w:rPr>
          <w:color w:val="862633"/>
        </w:rPr>
      </w:pPr>
      <w:r w:rsidRPr="00C81F78">
        <w:rPr>
          <w:b/>
          <w:color w:val="862633"/>
          <w:sz w:val="24"/>
        </w:rPr>
        <w:t>NORTH CAROLINA CENTRAL UNIVERSITY</w:t>
      </w:r>
    </w:p>
    <w:p w14:paraId="2A2F8F8B" w14:textId="77777777" w:rsidR="0009150F" w:rsidRDefault="00BD2FBA">
      <w:pPr>
        <w:spacing w:after="40"/>
        <w:jc w:val="center"/>
      </w:pPr>
      <w:r>
        <w:rPr>
          <w:b/>
          <w:color w:val="222222"/>
          <w:sz w:val="34"/>
        </w:rPr>
        <w:t>FLEXIBLE / HYBRID WORK ARRANGEMENT APPROVAL FORM</w:t>
      </w:r>
    </w:p>
    <w:p w14:paraId="7DA29BB6" w14:textId="77777777" w:rsidR="0009150F" w:rsidRDefault="00BD2FBA">
      <w:pPr>
        <w:spacing w:after="160"/>
        <w:jc w:val="center"/>
      </w:pPr>
      <w:r>
        <w:rPr>
          <w:i/>
          <w:color w:val="666666"/>
          <w:sz w:val="18"/>
        </w:rPr>
        <w:t>Complete for all regular and recurring flexible or hybrid work arrangements.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09150F" w14:paraId="4A2AB1AC" w14:textId="77777777">
        <w:trPr>
          <w:cantSplit/>
        </w:trPr>
        <w:tc>
          <w:tcPr>
            <w:tcW w:w="9360" w:type="dxa"/>
            <w:tcBorders>
              <w:top w:val="single" w:sz="8" w:space="0" w:color="B89B5E"/>
              <w:left w:val="single" w:sz="8" w:space="0" w:color="B89B5E"/>
              <w:bottom w:val="single" w:sz="8" w:space="0" w:color="B89B5E"/>
              <w:right w:val="single" w:sz="8" w:space="0" w:color="B89B5E"/>
            </w:tcBorders>
            <w:shd w:val="clear" w:color="auto" w:fill="F4EFE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23C9B9D" w14:textId="77777777" w:rsidR="0009150F" w:rsidRDefault="00BD2FBA">
            <w:pPr>
              <w:spacing w:after="0" w:line="240" w:lineRule="auto"/>
            </w:pPr>
            <w:r w:rsidRPr="007E31C1">
              <w:rPr>
                <w:b/>
                <w:color w:val="862633"/>
                <w:sz w:val="18"/>
              </w:rPr>
              <w:t xml:space="preserve">POLICY </w:t>
            </w:r>
            <w:proofErr w:type="gramStart"/>
            <w:r w:rsidRPr="007E31C1">
              <w:rPr>
                <w:b/>
                <w:color w:val="862633"/>
                <w:sz w:val="18"/>
              </w:rPr>
              <w:t>REFERENCE</w:t>
            </w:r>
            <w:r w:rsidRPr="007E31C1">
              <w:rPr>
                <w:color w:val="862633"/>
                <w:sz w:val="17"/>
              </w:rPr>
              <w:t xml:space="preserve">  </w:t>
            </w:r>
            <w:r>
              <w:rPr>
                <w:color w:val="222222"/>
                <w:sz w:val="17"/>
              </w:rPr>
              <w:t>This</w:t>
            </w:r>
            <w:proofErr w:type="gramEnd"/>
            <w:r>
              <w:rPr>
                <w:color w:val="222222"/>
                <w:sz w:val="17"/>
              </w:rPr>
              <w:t xml:space="preserve"> form implements NCCU POL 80.02.1, Flexible Work Arrangements and Remote Work Policy. Arrangements are discretionary, require management and OHR approval, and do not create a right, guarantee, or entitlement.</w:t>
            </w:r>
          </w:p>
        </w:tc>
      </w:tr>
    </w:tbl>
    <w:p w14:paraId="62EEF2F1" w14:textId="77777777" w:rsidR="0009150F" w:rsidRDefault="00BD2FBA" w:rsidP="007E31C1">
      <w:pPr>
        <w:keepNext/>
        <w:shd w:val="clear" w:color="auto" w:fill="862633"/>
        <w:spacing w:before="180" w:after="100"/>
      </w:pPr>
      <w:r>
        <w:rPr>
          <w:b/>
          <w:color w:val="FFFFFF"/>
          <w:sz w:val="23"/>
        </w:rPr>
        <w:t xml:space="preserve">  1. EMPLOYEE AND POSITION INFORMATION</w:t>
      </w:r>
    </w:p>
    <w:tbl>
      <w:tblPr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2300"/>
        <w:gridCol w:w="7060"/>
      </w:tblGrid>
      <w:tr w:rsidR="0009150F" w14:paraId="6505356D" w14:textId="77777777" w:rsidTr="5FC8B590">
        <w:trPr>
          <w:cantSplit/>
          <w:tblHeader/>
          <w:jc w:val="center"/>
        </w:trPr>
        <w:tc>
          <w:tcPr>
            <w:tcW w:w="230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3F5"/>
          </w:tcPr>
          <w:p w14:paraId="03EAF121" w14:textId="77777777" w:rsidR="0009150F" w:rsidRDefault="00BD2FBA">
            <w:pPr>
              <w:spacing w:after="0" w:line="240" w:lineRule="auto"/>
            </w:pPr>
            <w:r>
              <w:rPr>
                <w:b/>
                <w:color w:val="222222"/>
                <w:sz w:val="19"/>
              </w:rPr>
              <w:t>Employee Name</w:t>
            </w:r>
          </w:p>
        </w:tc>
        <w:tc>
          <w:tcPr>
            <w:tcW w:w="70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67312FD7" w14:textId="7FA47065" w:rsidR="0009150F" w:rsidRDefault="00BD2FBA">
            <w:pPr>
              <w:spacing w:after="0" w:line="240" w:lineRule="auto"/>
            </w:pPr>
            <w:r>
              <w:rPr>
                <w:color w:val="222222"/>
                <w:sz w:val="19"/>
              </w:rPr>
              <w:t xml:space="preserve"> </w:t>
            </w:r>
            <w:sdt>
              <w:sdtPr>
                <w:rPr>
                  <w:color w:val="222222"/>
                  <w:sz w:val="19"/>
                </w:rPr>
                <w:id w:val="739144071"/>
                <w:placeholder>
                  <w:docPart w:val="DefaultPlaceholder_-1854013440"/>
                </w:placeholder>
                <w:showingPlcHdr/>
              </w:sdtPr>
              <w:sdtContent>
                <w:r w:rsidR="00441B09" w:rsidRPr="0046122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9150F" w14:paraId="752EF0EF" w14:textId="77777777" w:rsidTr="5FC8B590">
        <w:trPr>
          <w:cantSplit/>
          <w:jc w:val="center"/>
        </w:trPr>
        <w:tc>
          <w:tcPr>
            <w:tcW w:w="230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3F5"/>
          </w:tcPr>
          <w:p w14:paraId="13DF8D23" w14:textId="77777777" w:rsidR="0009150F" w:rsidRDefault="00BD2FBA">
            <w:pPr>
              <w:spacing w:after="0" w:line="240" w:lineRule="auto"/>
            </w:pPr>
            <w:r>
              <w:rPr>
                <w:b/>
                <w:color w:val="222222"/>
                <w:sz w:val="19"/>
              </w:rPr>
              <w:t>Employee ID</w:t>
            </w:r>
          </w:p>
        </w:tc>
        <w:tc>
          <w:tcPr>
            <w:tcW w:w="70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023638D5" w14:textId="6F7412A8" w:rsidR="0009150F" w:rsidRDefault="00BD2FBA">
            <w:pPr>
              <w:spacing w:after="0" w:line="240" w:lineRule="auto"/>
            </w:pPr>
            <w:r>
              <w:rPr>
                <w:color w:val="222222"/>
                <w:sz w:val="19"/>
              </w:rPr>
              <w:t xml:space="preserve"> </w:t>
            </w:r>
            <w:sdt>
              <w:sdtPr>
                <w:rPr>
                  <w:color w:val="222222"/>
                  <w:sz w:val="19"/>
                </w:rPr>
                <w:id w:val="1076782355"/>
                <w:placeholder>
                  <w:docPart w:val="DefaultPlaceholder_-1854013440"/>
                </w:placeholder>
                <w:showingPlcHdr/>
              </w:sdtPr>
              <w:sdtContent>
                <w:r w:rsidR="00441B09" w:rsidRPr="0046122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9150F" w14:paraId="0A59DE29" w14:textId="77777777" w:rsidTr="5FC8B590">
        <w:trPr>
          <w:cantSplit/>
          <w:jc w:val="center"/>
        </w:trPr>
        <w:tc>
          <w:tcPr>
            <w:tcW w:w="230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3F5"/>
          </w:tcPr>
          <w:p w14:paraId="24DDEB74" w14:textId="77777777" w:rsidR="0009150F" w:rsidRDefault="00BD2FBA">
            <w:pPr>
              <w:spacing w:after="0" w:line="240" w:lineRule="auto"/>
            </w:pPr>
            <w:r>
              <w:rPr>
                <w:b/>
                <w:color w:val="222222"/>
                <w:sz w:val="19"/>
              </w:rPr>
              <w:t>Job Title</w:t>
            </w:r>
          </w:p>
        </w:tc>
        <w:tc>
          <w:tcPr>
            <w:tcW w:w="70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709E7776" w14:textId="03BA243B" w:rsidR="0009150F" w:rsidRDefault="00BD2FBA">
            <w:pPr>
              <w:spacing w:after="0" w:line="240" w:lineRule="auto"/>
            </w:pPr>
            <w:r>
              <w:rPr>
                <w:color w:val="222222"/>
                <w:sz w:val="19"/>
              </w:rPr>
              <w:t xml:space="preserve"> </w:t>
            </w:r>
            <w:sdt>
              <w:sdtPr>
                <w:rPr>
                  <w:color w:val="222222"/>
                  <w:sz w:val="19"/>
                </w:rPr>
                <w:id w:val="1407956070"/>
                <w:placeholder>
                  <w:docPart w:val="DefaultPlaceholder_-1854013440"/>
                </w:placeholder>
                <w:showingPlcHdr/>
              </w:sdtPr>
              <w:sdtContent>
                <w:r w:rsidR="00441B09" w:rsidRPr="0046122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9150F" w14:paraId="013D0DB7" w14:textId="77777777" w:rsidTr="5FC8B590">
        <w:trPr>
          <w:cantSplit/>
          <w:jc w:val="center"/>
        </w:trPr>
        <w:tc>
          <w:tcPr>
            <w:tcW w:w="230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3F5"/>
          </w:tcPr>
          <w:p w14:paraId="34AC7AC6" w14:textId="77777777" w:rsidR="0009150F" w:rsidRDefault="00BD2FBA">
            <w:pPr>
              <w:spacing w:after="0" w:line="240" w:lineRule="auto"/>
            </w:pPr>
            <w:r>
              <w:rPr>
                <w:b/>
                <w:color w:val="222222"/>
                <w:sz w:val="19"/>
              </w:rPr>
              <w:t>Department / Division</w:t>
            </w:r>
          </w:p>
        </w:tc>
        <w:tc>
          <w:tcPr>
            <w:tcW w:w="70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57EEDA64" w14:textId="3C3D1D2C" w:rsidR="0009150F" w:rsidRDefault="00BD2FBA">
            <w:pPr>
              <w:spacing w:after="0" w:line="240" w:lineRule="auto"/>
            </w:pPr>
            <w:r>
              <w:rPr>
                <w:color w:val="222222"/>
                <w:sz w:val="19"/>
              </w:rPr>
              <w:t xml:space="preserve"> </w:t>
            </w:r>
            <w:sdt>
              <w:sdtPr>
                <w:rPr>
                  <w:color w:val="222222"/>
                  <w:sz w:val="19"/>
                </w:rPr>
                <w:id w:val="-274250349"/>
                <w:placeholder>
                  <w:docPart w:val="DefaultPlaceholder_-1854013440"/>
                </w:placeholder>
                <w:showingPlcHdr/>
              </w:sdtPr>
              <w:sdtContent>
                <w:r w:rsidR="00441B09" w:rsidRPr="0046122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9150F" w14:paraId="3E4036F2" w14:textId="77777777" w:rsidTr="5FC8B590">
        <w:trPr>
          <w:cantSplit/>
          <w:jc w:val="center"/>
        </w:trPr>
        <w:tc>
          <w:tcPr>
            <w:tcW w:w="230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3F5"/>
          </w:tcPr>
          <w:p w14:paraId="1E43E1BA" w14:textId="77777777" w:rsidR="0009150F" w:rsidRDefault="00BD2FBA">
            <w:pPr>
              <w:spacing w:after="0" w:line="240" w:lineRule="auto"/>
            </w:pPr>
            <w:r>
              <w:rPr>
                <w:b/>
                <w:color w:val="222222"/>
                <w:sz w:val="19"/>
              </w:rPr>
              <w:t>Supervisor / Title</w:t>
            </w:r>
          </w:p>
        </w:tc>
        <w:tc>
          <w:tcPr>
            <w:tcW w:w="70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2D37518C" w14:textId="202451C9" w:rsidR="0009150F" w:rsidRDefault="00BD2FBA">
            <w:pPr>
              <w:spacing w:after="0" w:line="240" w:lineRule="auto"/>
            </w:pPr>
            <w:r>
              <w:rPr>
                <w:color w:val="222222"/>
                <w:sz w:val="19"/>
              </w:rPr>
              <w:t xml:space="preserve"> </w:t>
            </w:r>
            <w:sdt>
              <w:sdtPr>
                <w:rPr>
                  <w:color w:val="222222"/>
                  <w:sz w:val="19"/>
                </w:rPr>
                <w:id w:val="-933737583"/>
                <w:placeholder>
                  <w:docPart w:val="DefaultPlaceholder_-1854013440"/>
                </w:placeholder>
                <w:showingPlcHdr/>
              </w:sdtPr>
              <w:sdtContent>
                <w:r w:rsidR="00441B09" w:rsidRPr="0046122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9150F" w14:paraId="3205D6F0" w14:textId="77777777" w:rsidTr="5FC8B590">
        <w:trPr>
          <w:cantSplit/>
          <w:jc w:val="center"/>
        </w:trPr>
        <w:tc>
          <w:tcPr>
            <w:tcW w:w="230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3F5"/>
          </w:tcPr>
          <w:p w14:paraId="4088C442" w14:textId="77777777" w:rsidR="0009150F" w:rsidRDefault="00BD2FBA">
            <w:pPr>
              <w:spacing w:after="0" w:line="240" w:lineRule="auto"/>
            </w:pPr>
            <w:r>
              <w:rPr>
                <w:b/>
                <w:color w:val="222222"/>
                <w:sz w:val="19"/>
              </w:rPr>
              <w:t>Employment Category</w:t>
            </w:r>
          </w:p>
        </w:tc>
        <w:tc>
          <w:tcPr>
            <w:tcW w:w="70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59DDEE25" w14:textId="027BFC5B" w:rsidR="0009150F" w:rsidRDefault="00000000">
            <w:pPr>
              <w:spacing w:after="0" w:line="240" w:lineRule="auto"/>
            </w:pPr>
            <w:sdt>
              <w:sdtPr>
                <w:rPr>
                  <w:color w:val="222222"/>
                  <w:sz w:val="19"/>
                  <w:szCs w:val="19"/>
                </w:rPr>
                <w:id w:val="1529598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6B984B87" w:rsidRPr="5FC8B590">
                  <w:rPr>
                    <w:rFonts w:ascii="MS Gothic" w:eastAsia="MS Gothic" w:hAnsi="MS Gothic" w:cs="MS Gothic"/>
                    <w:color w:val="222222"/>
                    <w:sz w:val="19"/>
                    <w:szCs w:val="19"/>
                  </w:rPr>
                  <w:t>☐</w:t>
                </w:r>
              </w:sdtContent>
            </w:sdt>
            <w:r w:rsidR="00BD2FBA" w:rsidRPr="5FC8B590">
              <w:rPr>
                <w:color w:val="222222"/>
                <w:sz w:val="19"/>
                <w:szCs w:val="19"/>
              </w:rPr>
              <w:t xml:space="preserve"> SHRA     </w:t>
            </w:r>
            <w:sdt>
              <w:sdtPr>
                <w:rPr>
                  <w:color w:val="222222"/>
                  <w:sz w:val="19"/>
                  <w:szCs w:val="19"/>
                </w:rPr>
                <w:id w:val="-1094941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1A7A" w:rsidRPr="5FC8B590">
                  <w:rPr>
                    <w:rFonts w:ascii="MS Gothic" w:eastAsia="MS Gothic" w:hAnsi="MS Gothic"/>
                    <w:color w:val="222222"/>
                    <w:sz w:val="19"/>
                    <w:szCs w:val="19"/>
                  </w:rPr>
                  <w:t>☐</w:t>
                </w:r>
              </w:sdtContent>
            </w:sdt>
            <w:r w:rsidR="00BD2FBA" w:rsidRPr="5FC8B590">
              <w:rPr>
                <w:color w:val="222222"/>
                <w:sz w:val="19"/>
                <w:szCs w:val="19"/>
              </w:rPr>
              <w:t xml:space="preserve"> EHRA Non-Faculty    </w:t>
            </w:r>
          </w:p>
        </w:tc>
      </w:tr>
      <w:tr w:rsidR="0009150F" w14:paraId="40A8983F" w14:textId="77777777" w:rsidTr="5FC8B590">
        <w:trPr>
          <w:cantSplit/>
          <w:jc w:val="center"/>
        </w:trPr>
        <w:tc>
          <w:tcPr>
            <w:tcW w:w="230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3F5"/>
          </w:tcPr>
          <w:p w14:paraId="25137255" w14:textId="77777777" w:rsidR="0009150F" w:rsidRDefault="00BD2FBA">
            <w:pPr>
              <w:spacing w:after="0" w:line="240" w:lineRule="auto"/>
            </w:pPr>
            <w:r>
              <w:rPr>
                <w:b/>
                <w:color w:val="222222"/>
                <w:sz w:val="19"/>
              </w:rPr>
              <w:t>Official Duty Station</w:t>
            </w:r>
          </w:p>
        </w:tc>
        <w:tc>
          <w:tcPr>
            <w:tcW w:w="70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7615E2BE" w14:textId="3759321B" w:rsidR="0009150F" w:rsidRDefault="00BD2FBA">
            <w:pPr>
              <w:spacing w:after="0" w:line="240" w:lineRule="auto"/>
            </w:pPr>
            <w:r>
              <w:rPr>
                <w:color w:val="222222"/>
                <w:sz w:val="19"/>
              </w:rPr>
              <w:t xml:space="preserve">NCCU on-site work location: </w:t>
            </w:r>
            <w:sdt>
              <w:sdtPr>
                <w:rPr>
                  <w:color w:val="222222"/>
                  <w:sz w:val="19"/>
                </w:rPr>
                <w:id w:val="1611159540"/>
                <w:placeholder>
                  <w:docPart w:val="DefaultPlaceholder_-1854013440"/>
                </w:placeholder>
                <w:showingPlcHdr/>
              </w:sdtPr>
              <w:sdtContent>
                <w:r w:rsidR="00000430" w:rsidRPr="0046122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1EE5813B" w14:textId="77777777" w:rsidR="0009150F" w:rsidRDefault="00BD2FBA" w:rsidP="007E31C1">
      <w:pPr>
        <w:keepNext/>
        <w:shd w:val="clear" w:color="auto" w:fill="862633"/>
        <w:spacing w:before="180" w:after="100"/>
      </w:pPr>
      <w:r>
        <w:rPr>
          <w:b/>
          <w:color w:val="FFFFFF"/>
          <w:sz w:val="23"/>
        </w:rPr>
        <w:t xml:space="preserve">  2. ARRANGEMENT REQUEST</w:t>
      </w:r>
    </w:p>
    <w:p w14:paraId="659B6DD4" w14:textId="247EEDAF" w:rsidR="0009150F" w:rsidRDefault="00000000">
      <w:pPr>
        <w:spacing w:after="60"/>
      </w:pPr>
      <w:sdt>
        <w:sdtPr>
          <w:rPr>
            <w:color w:val="222222"/>
            <w:sz w:val="19"/>
          </w:rPr>
          <w:id w:val="-11902220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1A7A">
            <w:rPr>
              <w:rFonts w:ascii="MS Gothic" w:eastAsia="MS Gothic" w:hAnsi="MS Gothic" w:hint="eastAsia"/>
              <w:color w:val="222222"/>
              <w:sz w:val="19"/>
            </w:rPr>
            <w:t>☐</w:t>
          </w:r>
        </w:sdtContent>
      </w:sdt>
      <w:r w:rsidR="00BD2FBA">
        <w:rPr>
          <w:color w:val="222222"/>
          <w:sz w:val="19"/>
        </w:rPr>
        <w:t>Hybrid work location</w:t>
      </w:r>
      <w:r w:rsidR="00BD2FBA">
        <w:t xml:space="preserve">    </w:t>
      </w:r>
      <w:sdt>
        <w:sdtPr>
          <w:id w:val="-669874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1A7A">
            <w:rPr>
              <w:rFonts w:ascii="MS Gothic" w:eastAsia="MS Gothic" w:hAnsi="MS Gothic" w:hint="eastAsia"/>
            </w:rPr>
            <w:t>☐</w:t>
          </w:r>
        </w:sdtContent>
      </w:sdt>
      <w:r w:rsidR="00BD2FBA">
        <w:rPr>
          <w:color w:val="222222"/>
          <w:sz w:val="19"/>
        </w:rPr>
        <w:t xml:space="preserve"> Flexible schedule</w:t>
      </w:r>
      <w:r w:rsidR="00BD2FBA">
        <w:t xml:space="preserve">    </w:t>
      </w:r>
      <w:sdt>
        <w:sdtPr>
          <w:id w:val="-7354721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5EA3">
            <w:rPr>
              <w:rFonts w:ascii="MS Gothic" w:eastAsia="MS Gothic" w:hAnsi="MS Gothic" w:hint="eastAsia"/>
            </w:rPr>
            <w:t>☐</w:t>
          </w:r>
        </w:sdtContent>
      </w:sdt>
      <w:r w:rsidR="00BD2FBA">
        <w:rPr>
          <w:color w:val="222222"/>
          <w:sz w:val="19"/>
        </w:rPr>
        <w:t xml:space="preserve"> Compressed workweek</w:t>
      </w:r>
      <w:r w:rsidR="00BD2FBA">
        <w:t xml:space="preserve">    </w:t>
      </w:r>
      <w:sdt>
        <w:sdtPr>
          <w:id w:val="-13786267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1A7A">
            <w:rPr>
              <w:rFonts w:ascii="MS Gothic" w:eastAsia="MS Gothic" w:hAnsi="MS Gothic" w:hint="eastAsia"/>
            </w:rPr>
            <w:t>☐</w:t>
          </w:r>
        </w:sdtContent>
      </w:sdt>
      <w:r w:rsidR="00BD2FBA">
        <w:rPr>
          <w:color w:val="222222"/>
          <w:sz w:val="19"/>
        </w:rPr>
        <w:t xml:space="preserve"> Occasional remote work</w:t>
      </w:r>
    </w:p>
    <w:tbl>
      <w:tblPr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2300"/>
        <w:gridCol w:w="7060"/>
      </w:tblGrid>
      <w:tr w:rsidR="0009150F" w14:paraId="50FC0B2B" w14:textId="77777777">
        <w:trPr>
          <w:cantSplit/>
          <w:tblHeader/>
          <w:jc w:val="center"/>
        </w:trPr>
        <w:tc>
          <w:tcPr>
            <w:tcW w:w="230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3F5"/>
          </w:tcPr>
          <w:p w14:paraId="16D13D1A" w14:textId="77777777" w:rsidR="0009150F" w:rsidRDefault="00BD2FBA">
            <w:pPr>
              <w:spacing w:after="0" w:line="240" w:lineRule="auto"/>
            </w:pPr>
            <w:r>
              <w:rPr>
                <w:b/>
                <w:color w:val="222222"/>
                <w:sz w:val="19"/>
              </w:rPr>
              <w:t>Requested Effective Date</w:t>
            </w:r>
          </w:p>
        </w:tc>
        <w:tc>
          <w:tcPr>
            <w:tcW w:w="70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7421D52D" w14:textId="176A768B" w:rsidR="0009150F" w:rsidRDefault="00BD2FBA">
            <w:pPr>
              <w:spacing w:after="0" w:line="240" w:lineRule="auto"/>
            </w:pPr>
            <w:r>
              <w:rPr>
                <w:color w:val="222222"/>
                <w:sz w:val="19"/>
              </w:rPr>
              <w:t xml:space="preserve"> </w:t>
            </w:r>
            <w:sdt>
              <w:sdtPr>
                <w:rPr>
                  <w:color w:val="222222"/>
                  <w:sz w:val="19"/>
                </w:rPr>
                <w:id w:val="-1078435907"/>
                <w:placeholder>
                  <w:docPart w:val="DefaultPlaceholder_-1854013440"/>
                </w:placeholder>
                <w:showingPlcHdr/>
              </w:sdtPr>
              <w:sdtContent>
                <w:r w:rsidR="00105EA3" w:rsidRPr="0046122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9150F" w14:paraId="6E28343D" w14:textId="77777777">
        <w:trPr>
          <w:cantSplit/>
          <w:jc w:val="center"/>
        </w:trPr>
        <w:tc>
          <w:tcPr>
            <w:tcW w:w="230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3F5"/>
          </w:tcPr>
          <w:p w14:paraId="70455925" w14:textId="77777777" w:rsidR="0009150F" w:rsidRDefault="00BD2FBA">
            <w:pPr>
              <w:spacing w:after="0" w:line="240" w:lineRule="auto"/>
            </w:pPr>
            <w:r>
              <w:rPr>
                <w:b/>
                <w:color w:val="222222"/>
                <w:sz w:val="19"/>
              </w:rPr>
              <w:t>Pilot Period</w:t>
            </w:r>
          </w:p>
        </w:tc>
        <w:tc>
          <w:tcPr>
            <w:tcW w:w="70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2F79C931" w14:textId="00A3B8F7" w:rsidR="0009150F" w:rsidRDefault="00000000">
            <w:pPr>
              <w:spacing w:after="0" w:line="240" w:lineRule="auto"/>
            </w:pPr>
            <w:sdt>
              <w:sdtPr>
                <w:rPr>
                  <w:color w:val="222222"/>
                  <w:sz w:val="19"/>
                </w:rPr>
                <w:id w:val="-2039352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394F">
                  <w:rPr>
                    <w:rFonts w:ascii="MS Gothic" w:eastAsia="MS Gothic" w:hAnsi="MS Gothic" w:hint="eastAsia"/>
                    <w:color w:val="222222"/>
                    <w:sz w:val="19"/>
                  </w:rPr>
                  <w:t>☐</w:t>
                </w:r>
              </w:sdtContent>
            </w:sdt>
            <w:r w:rsidR="00BD2FBA">
              <w:rPr>
                <w:color w:val="222222"/>
                <w:sz w:val="19"/>
              </w:rPr>
              <w:t xml:space="preserve">30 days     </w:t>
            </w:r>
            <w:sdt>
              <w:sdtPr>
                <w:rPr>
                  <w:color w:val="222222"/>
                  <w:sz w:val="19"/>
                </w:rPr>
                <w:id w:val="-1692057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5EA3">
                  <w:rPr>
                    <w:rFonts w:ascii="MS Gothic" w:eastAsia="MS Gothic" w:hAnsi="MS Gothic" w:hint="eastAsia"/>
                    <w:color w:val="222222"/>
                    <w:sz w:val="19"/>
                  </w:rPr>
                  <w:t>☐</w:t>
                </w:r>
              </w:sdtContent>
            </w:sdt>
            <w:r w:rsidR="00BD2FBA">
              <w:rPr>
                <w:color w:val="222222"/>
                <w:sz w:val="19"/>
              </w:rPr>
              <w:t xml:space="preserve"> 60 days     </w:t>
            </w:r>
            <w:sdt>
              <w:sdtPr>
                <w:rPr>
                  <w:color w:val="222222"/>
                  <w:sz w:val="19"/>
                </w:rPr>
                <w:id w:val="1673761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5EA3">
                  <w:rPr>
                    <w:rFonts w:ascii="MS Gothic" w:eastAsia="MS Gothic" w:hAnsi="MS Gothic" w:hint="eastAsia"/>
                    <w:color w:val="222222"/>
                    <w:sz w:val="19"/>
                  </w:rPr>
                  <w:t>☐</w:t>
                </w:r>
              </w:sdtContent>
            </w:sdt>
            <w:r w:rsidR="00BD2FBA">
              <w:rPr>
                <w:color w:val="222222"/>
                <w:sz w:val="19"/>
              </w:rPr>
              <w:t xml:space="preserve"> 90 days     </w:t>
            </w:r>
            <w:sdt>
              <w:sdtPr>
                <w:rPr>
                  <w:color w:val="222222"/>
                  <w:sz w:val="19"/>
                </w:rPr>
                <w:id w:val="-1641795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5EA3">
                  <w:rPr>
                    <w:rFonts w:ascii="MS Gothic" w:eastAsia="MS Gothic" w:hAnsi="MS Gothic" w:hint="eastAsia"/>
                    <w:color w:val="222222"/>
                    <w:sz w:val="19"/>
                  </w:rPr>
                  <w:t>☐</w:t>
                </w:r>
              </w:sdtContent>
            </w:sdt>
            <w:r w:rsidR="00BD2FBA">
              <w:rPr>
                <w:color w:val="222222"/>
                <w:sz w:val="19"/>
              </w:rPr>
              <w:t xml:space="preserve"> Other: </w:t>
            </w:r>
            <w:sdt>
              <w:sdtPr>
                <w:rPr>
                  <w:color w:val="222222"/>
                  <w:sz w:val="19"/>
                </w:rPr>
                <w:id w:val="-2139568724"/>
                <w:placeholder>
                  <w:docPart w:val="DefaultPlaceholder_-1854013440"/>
                </w:placeholder>
                <w:showingPlcHdr/>
              </w:sdtPr>
              <w:sdtContent>
                <w:r w:rsidR="00105EA3" w:rsidRPr="0046122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9150F" w14:paraId="374E260F" w14:textId="77777777">
        <w:trPr>
          <w:cantSplit/>
          <w:jc w:val="center"/>
        </w:trPr>
        <w:tc>
          <w:tcPr>
            <w:tcW w:w="230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3F5"/>
          </w:tcPr>
          <w:p w14:paraId="17690764" w14:textId="77777777" w:rsidR="0009150F" w:rsidRDefault="00BD2FBA">
            <w:pPr>
              <w:spacing w:after="0" w:line="240" w:lineRule="auto"/>
            </w:pPr>
            <w:r>
              <w:rPr>
                <w:b/>
                <w:color w:val="222222"/>
                <w:sz w:val="19"/>
              </w:rPr>
              <w:t>Pilot Review Date</w:t>
            </w:r>
          </w:p>
        </w:tc>
        <w:tc>
          <w:tcPr>
            <w:tcW w:w="70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334D4B4A" w14:textId="194377AF" w:rsidR="0009150F" w:rsidRDefault="00BD2FBA">
            <w:pPr>
              <w:spacing w:after="0" w:line="240" w:lineRule="auto"/>
            </w:pPr>
            <w:r>
              <w:rPr>
                <w:color w:val="222222"/>
                <w:sz w:val="19"/>
              </w:rPr>
              <w:t xml:space="preserve"> </w:t>
            </w:r>
            <w:sdt>
              <w:sdtPr>
                <w:rPr>
                  <w:color w:val="222222"/>
                  <w:sz w:val="19"/>
                </w:rPr>
                <w:id w:val="1823997690"/>
                <w:placeholder>
                  <w:docPart w:val="DefaultPlaceholder_-1854013440"/>
                </w:placeholder>
                <w:showingPlcHdr/>
              </w:sdtPr>
              <w:sdtContent>
                <w:r w:rsidR="00105EA3" w:rsidRPr="0046122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9150F" w14:paraId="5803480E" w14:textId="77777777">
        <w:trPr>
          <w:cantSplit/>
          <w:jc w:val="center"/>
        </w:trPr>
        <w:tc>
          <w:tcPr>
            <w:tcW w:w="230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3F5"/>
          </w:tcPr>
          <w:p w14:paraId="4C16CE90" w14:textId="77777777" w:rsidR="0009150F" w:rsidRDefault="00BD2FBA">
            <w:pPr>
              <w:spacing w:after="0" w:line="240" w:lineRule="auto"/>
            </w:pPr>
            <w:r>
              <w:rPr>
                <w:b/>
                <w:color w:val="222222"/>
                <w:sz w:val="19"/>
              </w:rPr>
              <w:t>Six-Month Review Date</w:t>
            </w:r>
          </w:p>
        </w:tc>
        <w:tc>
          <w:tcPr>
            <w:tcW w:w="70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21FF3E3C" w14:textId="7CCEBB96" w:rsidR="0009150F" w:rsidRDefault="00BD2FBA">
            <w:pPr>
              <w:spacing w:after="0" w:line="240" w:lineRule="auto"/>
            </w:pPr>
            <w:r>
              <w:rPr>
                <w:color w:val="222222"/>
                <w:sz w:val="19"/>
              </w:rPr>
              <w:t xml:space="preserve"> </w:t>
            </w:r>
            <w:sdt>
              <w:sdtPr>
                <w:rPr>
                  <w:color w:val="222222"/>
                  <w:sz w:val="19"/>
                </w:rPr>
                <w:id w:val="-635259816"/>
                <w:placeholder>
                  <w:docPart w:val="DefaultPlaceholder_-1854013440"/>
                </w:placeholder>
                <w:showingPlcHdr/>
              </w:sdtPr>
              <w:sdtContent>
                <w:r w:rsidR="00105EA3" w:rsidRPr="0046122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9150F" w14:paraId="4AE42D63" w14:textId="77777777">
        <w:trPr>
          <w:cantSplit/>
          <w:jc w:val="center"/>
        </w:trPr>
        <w:tc>
          <w:tcPr>
            <w:tcW w:w="230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3F5"/>
          </w:tcPr>
          <w:p w14:paraId="10F02D23" w14:textId="77777777" w:rsidR="0009150F" w:rsidRDefault="00BD2FBA">
            <w:pPr>
              <w:spacing w:after="0" w:line="240" w:lineRule="auto"/>
            </w:pPr>
            <w:r>
              <w:rPr>
                <w:b/>
                <w:color w:val="222222"/>
                <w:sz w:val="19"/>
              </w:rPr>
              <w:t>Annual Review Date</w:t>
            </w:r>
          </w:p>
        </w:tc>
        <w:tc>
          <w:tcPr>
            <w:tcW w:w="70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69004857" w14:textId="6FFE4421" w:rsidR="0009150F" w:rsidRDefault="00BD2FBA">
            <w:pPr>
              <w:spacing w:after="0" w:line="240" w:lineRule="auto"/>
            </w:pPr>
            <w:r>
              <w:rPr>
                <w:color w:val="222222"/>
                <w:sz w:val="19"/>
              </w:rPr>
              <w:t xml:space="preserve"> </w:t>
            </w:r>
            <w:sdt>
              <w:sdtPr>
                <w:rPr>
                  <w:color w:val="222222"/>
                  <w:sz w:val="19"/>
                </w:rPr>
                <w:id w:val="2097979528"/>
                <w:placeholder>
                  <w:docPart w:val="DefaultPlaceholder_-1854013440"/>
                </w:placeholder>
                <w:showingPlcHdr/>
              </w:sdtPr>
              <w:sdtContent>
                <w:r w:rsidR="00105EA3" w:rsidRPr="0046122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9150F" w14:paraId="129270AF" w14:textId="77777777">
        <w:trPr>
          <w:cantSplit/>
          <w:jc w:val="center"/>
        </w:trPr>
        <w:tc>
          <w:tcPr>
            <w:tcW w:w="230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3F5"/>
          </w:tcPr>
          <w:p w14:paraId="2EAE0B81" w14:textId="77777777" w:rsidR="0009150F" w:rsidRDefault="00BD2FBA">
            <w:pPr>
              <w:spacing w:after="0" w:line="240" w:lineRule="auto"/>
            </w:pPr>
            <w:r>
              <w:rPr>
                <w:b/>
                <w:color w:val="222222"/>
                <w:sz w:val="19"/>
              </w:rPr>
              <w:t>Primary Remote Location</w:t>
            </w:r>
          </w:p>
        </w:tc>
        <w:tc>
          <w:tcPr>
            <w:tcW w:w="70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65FC13DA" w14:textId="77C99A79" w:rsidR="0009150F" w:rsidRDefault="00BD2FBA">
            <w:pPr>
              <w:spacing w:after="0" w:line="240" w:lineRule="auto"/>
            </w:pPr>
            <w:r>
              <w:rPr>
                <w:color w:val="222222"/>
                <w:sz w:val="19"/>
              </w:rPr>
              <w:t xml:space="preserve">Address: </w:t>
            </w:r>
            <w:sdt>
              <w:sdtPr>
                <w:rPr>
                  <w:color w:val="222222"/>
                  <w:sz w:val="19"/>
                </w:rPr>
                <w:id w:val="-1245028447"/>
                <w:placeholder>
                  <w:docPart w:val="DefaultPlaceholder_-1854013440"/>
                </w:placeholder>
                <w:showingPlcHdr/>
              </w:sdtPr>
              <w:sdtContent>
                <w:r w:rsidR="00105EA3" w:rsidRPr="00461221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color w:val="222222"/>
                <w:sz w:val="19"/>
              </w:rPr>
              <w:t>__________________________________________________________</w:t>
            </w:r>
          </w:p>
        </w:tc>
      </w:tr>
      <w:tr w:rsidR="0009150F" w14:paraId="5B56CC59" w14:textId="77777777">
        <w:trPr>
          <w:cantSplit/>
          <w:jc w:val="center"/>
        </w:trPr>
        <w:tc>
          <w:tcPr>
            <w:tcW w:w="230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3F5"/>
          </w:tcPr>
          <w:p w14:paraId="16F99EED" w14:textId="77777777" w:rsidR="0009150F" w:rsidRDefault="00BD2FBA">
            <w:pPr>
              <w:spacing w:after="0" w:line="240" w:lineRule="auto"/>
            </w:pPr>
            <w:r>
              <w:rPr>
                <w:b/>
                <w:color w:val="222222"/>
                <w:sz w:val="19"/>
              </w:rPr>
              <w:t>Remote Work State/Country</w:t>
            </w:r>
          </w:p>
        </w:tc>
        <w:tc>
          <w:tcPr>
            <w:tcW w:w="70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0152AA2A" w14:textId="32BF2E4F" w:rsidR="00E8314C" w:rsidRPr="00E8314C" w:rsidRDefault="00000000">
            <w:pPr>
              <w:spacing w:after="0" w:line="240" w:lineRule="auto"/>
              <w:rPr>
                <w:color w:val="222222"/>
                <w:sz w:val="19"/>
              </w:rPr>
            </w:pPr>
            <w:sdt>
              <w:sdtPr>
                <w:rPr>
                  <w:color w:val="222222"/>
                  <w:sz w:val="19"/>
                </w:rPr>
                <w:id w:val="-923028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5EA3">
                  <w:rPr>
                    <w:rFonts w:ascii="MS Gothic" w:eastAsia="MS Gothic" w:hAnsi="MS Gothic" w:hint="eastAsia"/>
                    <w:color w:val="222222"/>
                    <w:sz w:val="19"/>
                  </w:rPr>
                  <w:t>☐</w:t>
                </w:r>
              </w:sdtContent>
            </w:sdt>
            <w:r w:rsidR="00BD2FBA">
              <w:rPr>
                <w:color w:val="222222"/>
                <w:sz w:val="19"/>
              </w:rPr>
              <w:t xml:space="preserve"> North Carolina     </w:t>
            </w:r>
            <w:sdt>
              <w:sdtPr>
                <w:rPr>
                  <w:color w:val="222222"/>
                  <w:sz w:val="19"/>
                </w:rPr>
                <w:id w:val="-1814631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5EA3">
                  <w:rPr>
                    <w:rFonts w:ascii="MS Gothic" w:eastAsia="MS Gothic" w:hAnsi="MS Gothic" w:hint="eastAsia"/>
                    <w:color w:val="222222"/>
                    <w:sz w:val="19"/>
                  </w:rPr>
                  <w:t>☐</w:t>
                </w:r>
              </w:sdtContent>
            </w:sdt>
            <w:r w:rsidR="00BD2FBA">
              <w:rPr>
                <w:color w:val="222222"/>
                <w:sz w:val="19"/>
              </w:rPr>
              <w:t xml:space="preserve"> Other: </w:t>
            </w:r>
            <w:sdt>
              <w:sdtPr>
                <w:rPr>
                  <w:color w:val="222222"/>
                  <w:sz w:val="19"/>
                </w:rPr>
                <w:id w:val="-1340460384"/>
                <w:placeholder>
                  <w:docPart w:val="DefaultPlaceholder_-1854013440"/>
                </w:placeholder>
                <w:showingPlcHdr/>
              </w:sdtPr>
              <w:sdtContent>
                <w:r w:rsidR="00E8314C" w:rsidRPr="0046122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2BEA49ED" w14:textId="77777777" w:rsidR="0009150F" w:rsidRPr="007E31C1" w:rsidRDefault="00BD2FBA">
      <w:pPr>
        <w:keepNext/>
        <w:spacing w:before="140" w:after="60"/>
        <w:rPr>
          <w:color w:val="862633"/>
        </w:rPr>
      </w:pPr>
      <w:r w:rsidRPr="007E31C1">
        <w:rPr>
          <w:b/>
          <w:color w:val="862633"/>
        </w:rPr>
        <w:t>Proposed Weekly Schedule</w:t>
      </w:r>
    </w:p>
    <w:tbl>
      <w:tblPr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1350"/>
        <w:gridCol w:w="1900"/>
        <w:gridCol w:w="1900"/>
        <w:gridCol w:w="2100"/>
        <w:gridCol w:w="2110"/>
      </w:tblGrid>
      <w:tr w:rsidR="0009150F" w14:paraId="4F23B098" w14:textId="77777777" w:rsidTr="007E31C1">
        <w:trPr>
          <w:cantSplit/>
          <w:tblHeader/>
          <w:jc w:val="center"/>
        </w:trPr>
        <w:tc>
          <w:tcPr>
            <w:tcW w:w="1350" w:type="dxa"/>
            <w:tcBorders>
              <w:top w:val="single" w:sz="6" w:space="0" w:color="6A0032"/>
              <w:left w:val="single" w:sz="6" w:space="0" w:color="6A0032"/>
              <w:bottom w:val="single" w:sz="6" w:space="0" w:color="6A0032"/>
              <w:right w:val="single" w:sz="6" w:space="0" w:color="6A0032"/>
            </w:tcBorders>
            <w:shd w:val="clear" w:color="auto" w:fill="86263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622D500" w14:textId="77777777" w:rsidR="0009150F" w:rsidRDefault="00BD2FBA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Day</w:t>
            </w:r>
          </w:p>
        </w:tc>
        <w:tc>
          <w:tcPr>
            <w:tcW w:w="1900" w:type="dxa"/>
            <w:tcBorders>
              <w:top w:val="single" w:sz="6" w:space="0" w:color="6A0032"/>
              <w:left w:val="single" w:sz="6" w:space="0" w:color="6A0032"/>
              <w:bottom w:val="single" w:sz="6" w:space="0" w:color="6A0032"/>
              <w:right w:val="single" w:sz="6" w:space="0" w:color="6A0032"/>
            </w:tcBorders>
            <w:shd w:val="clear" w:color="auto" w:fill="86263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523AEB" w14:textId="77777777" w:rsidR="0009150F" w:rsidRDefault="00BD2FBA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Work Location</w:t>
            </w:r>
          </w:p>
        </w:tc>
        <w:tc>
          <w:tcPr>
            <w:tcW w:w="1900" w:type="dxa"/>
            <w:tcBorders>
              <w:top w:val="single" w:sz="6" w:space="0" w:color="6A0032"/>
              <w:left w:val="single" w:sz="6" w:space="0" w:color="6A0032"/>
              <w:bottom w:val="single" w:sz="6" w:space="0" w:color="6A0032"/>
              <w:right w:val="single" w:sz="6" w:space="0" w:color="6A0032"/>
            </w:tcBorders>
            <w:shd w:val="clear" w:color="auto" w:fill="86263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AAAFBA7" w14:textId="77777777" w:rsidR="0009150F" w:rsidRDefault="00BD2FBA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Work Hours</w:t>
            </w:r>
          </w:p>
        </w:tc>
        <w:tc>
          <w:tcPr>
            <w:tcW w:w="2100" w:type="dxa"/>
            <w:tcBorders>
              <w:top w:val="single" w:sz="6" w:space="0" w:color="6A0032"/>
              <w:left w:val="single" w:sz="6" w:space="0" w:color="6A0032"/>
              <w:bottom w:val="single" w:sz="6" w:space="0" w:color="6A0032"/>
              <w:right w:val="single" w:sz="6" w:space="0" w:color="6A0032"/>
            </w:tcBorders>
            <w:shd w:val="clear" w:color="auto" w:fill="86263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C84E493" w14:textId="77777777" w:rsidR="0009150F" w:rsidRDefault="00BD2FBA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Meal Period</w:t>
            </w:r>
          </w:p>
        </w:tc>
        <w:tc>
          <w:tcPr>
            <w:tcW w:w="2110" w:type="dxa"/>
            <w:tcBorders>
              <w:top w:val="single" w:sz="6" w:space="0" w:color="6A0032"/>
              <w:left w:val="single" w:sz="6" w:space="0" w:color="6A0032"/>
              <w:bottom w:val="single" w:sz="6" w:space="0" w:color="6A0032"/>
              <w:right w:val="single" w:sz="6" w:space="0" w:color="6A0032"/>
            </w:tcBorders>
            <w:shd w:val="clear" w:color="auto" w:fill="86263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141AA02" w14:textId="77777777" w:rsidR="0009150F" w:rsidRDefault="00BD2FBA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Notes / Coverage</w:t>
            </w:r>
          </w:p>
        </w:tc>
      </w:tr>
      <w:tr w:rsidR="0009150F" w14:paraId="4333927C" w14:textId="77777777">
        <w:trPr>
          <w:cantSplit/>
          <w:jc w:val="center"/>
        </w:trPr>
        <w:tc>
          <w:tcPr>
            <w:tcW w:w="135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273A94F5" w14:textId="77777777" w:rsidR="0009150F" w:rsidRDefault="00BD2FBA">
            <w:pPr>
              <w:spacing w:after="0" w:line="240" w:lineRule="auto"/>
              <w:jc w:val="center"/>
            </w:pPr>
            <w:r>
              <w:rPr>
                <w:color w:val="222222"/>
                <w:sz w:val="16"/>
              </w:rPr>
              <w:t>Monday</w:t>
            </w:r>
          </w:p>
        </w:tc>
        <w:tc>
          <w:tcPr>
            <w:tcW w:w="190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0D7142DD" w14:textId="298D442C" w:rsidR="0009150F" w:rsidRDefault="00000000">
            <w:pPr>
              <w:spacing w:after="0" w:line="240" w:lineRule="auto"/>
              <w:jc w:val="center"/>
            </w:pPr>
            <w:sdt>
              <w:sdtPr>
                <w:rPr>
                  <w:color w:val="222222"/>
                  <w:sz w:val="16"/>
                </w:rPr>
                <w:id w:val="-572119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5EA3">
                  <w:rPr>
                    <w:rFonts w:ascii="MS Gothic" w:eastAsia="MS Gothic" w:hAnsi="MS Gothic" w:hint="eastAsia"/>
                    <w:color w:val="222222"/>
                    <w:sz w:val="16"/>
                  </w:rPr>
                  <w:t>☐</w:t>
                </w:r>
              </w:sdtContent>
            </w:sdt>
            <w:r w:rsidR="00BD2FBA">
              <w:rPr>
                <w:color w:val="222222"/>
                <w:sz w:val="16"/>
              </w:rPr>
              <w:t xml:space="preserve"> Campus  </w:t>
            </w:r>
            <w:sdt>
              <w:sdtPr>
                <w:rPr>
                  <w:color w:val="222222"/>
                  <w:sz w:val="16"/>
                </w:rPr>
                <w:id w:val="-114062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1CD8">
                  <w:rPr>
                    <w:rFonts w:ascii="MS Gothic" w:eastAsia="MS Gothic" w:hAnsi="MS Gothic" w:hint="eastAsia"/>
                    <w:color w:val="222222"/>
                    <w:sz w:val="16"/>
                  </w:rPr>
                  <w:t>☐</w:t>
                </w:r>
              </w:sdtContent>
            </w:sdt>
            <w:r w:rsidR="00BD2FBA">
              <w:rPr>
                <w:color w:val="222222"/>
                <w:sz w:val="16"/>
              </w:rPr>
              <w:t xml:space="preserve"> Remote</w:t>
            </w:r>
          </w:p>
        </w:tc>
        <w:sdt>
          <w:sdtPr>
            <w:rPr>
              <w:sz w:val="16"/>
              <w:szCs w:val="16"/>
            </w:rPr>
            <w:id w:val="-1214272531"/>
            <w:placeholder>
              <w:docPart w:val="DefaultPlaceholder_-1854013440"/>
            </w:placeholder>
            <w:showingPlcHdr/>
          </w:sdtPr>
          <w:sdtContent>
            <w:tc>
              <w:tcPr>
                <w:tcW w:w="1900" w:type="dxa"/>
                <w:tcBorders>
                  <w:top w:val="single" w:sz="6" w:space="0" w:color="B7B7B7"/>
                  <w:left w:val="single" w:sz="6" w:space="0" w:color="B7B7B7"/>
                  <w:bottom w:val="single" w:sz="6" w:space="0" w:color="B7B7B7"/>
                  <w:right w:val="single" w:sz="6" w:space="0" w:color="B7B7B7"/>
                </w:tcBorders>
              </w:tcPr>
              <w:p w14:paraId="4D1ED32E" w14:textId="095517F8" w:rsidR="0009150F" w:rsidRPr="00105EA3" w:rsidRDefault="00105EA3">
                <w:pPr>
                  <w:spacing w:after="0" w:line="240" w:lineRule="auto"/>
                  <w:rPr>
                    <w:sz w:val="16"/>
                    <w:szCs w:val="16"/>
                  </w:rPr>
                </w:pPr>
                <w:r w:rsidRPr="00105EA3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560372905"/>
            <w:placeholder>
              <w:docPart w:val="DefaultPlaceholder_-1854013440"/>
            </w:placeholder>
            <w:showingPlcHdr/>
          </w:sdtPr>
          <w:sdtContent>
            <w:tc>
              <w:tcPr>
                <w:tcW w:w="2100" w:type="dxa"/>
                <w:tcBorders>
                  <w:top w:val="single" w:sz="6" w:space="0" w:color="B7B7B7"/>
                  <w:left w:val="single" w:sz="6" w:space="0" w:color="B7B7B7"/>
                  <w:bottom w:val="single" w:sz="6" w:space="0" w:color="B7B7B7"/>
                  <w:right w:val="single" w:sz="6" w:space="0" w:color="B7B7B7"/>
                </w:tcBorders>
              </w:tcPr>
              <w:p w14:paraId="32985CB6" w14:textId="29D0CE77" w:rsidR="0009150F" w:rsidRPr="00105EA3" w:rsidRDefault="00105EA3">
                <w:pPr>
                  <w:spacing w:after="0" w:line="240" w:lineRule="auto"/>
                  <w:rPr>
                    <w:sz w:val="16"/>
                    <w:szCs w:val="16"/>
                  </w:rPr>
                </w:pPr>
                <w:r w:rsidRPr="00105EA3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2010978605"/>
            <w:placeholder>
              <w:docPart w:val="DefaultPlaceholder_-1854013440"/>
            </w:placeholder>
            <w:showingPlcHdr/>
          </w:sdtPr>
          <w:sdtContent>
            <w:tc>
              <w:tcPr>
                <w:tcW w:w="2110" w:type="dxa"/>
                <w:tcBorders>
                  <w:top w:val="single" w:sz="6" w:space="0" w:color="B7B7B7"/>
                  <w:left w:val="single" w:sz="6" w:space="0" w:color="B7B7B7"/>
                  <w:bottom w:val="single" w:sz="6" w:space="0" w:color="B7B7B7"/>
                  <w:right w:val="single" w:sz="6" w:space="0" w:color="B7B7B7"/>
                </w:tcBorders>
              </w:tcPr>
              <w:p w14:paraId="1A297328" w14:textId="4F06E768" w:rsidR="0009150F" w:rsidRPr="00105EA3" w:rsidRDefault="00105EA3">
                <w:pPr>
                  <w:spacing w:after="0" w:line="240" w:lineRule="auto"/>
                  <w:rPr>
                    <w:sz w:val="16"/>
                    <w:szCs w:val="16"/>
                  </w:rPr>
                </w:pPr>
                <w:r w:rsidRPr="00105EA3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105EA3" w14:paraId="7BC4ADF4" w14:textId="77777777">
        <w:trPr>
          <w:cantSplit/>
          <w:jc w:val="center"/>
        </w:trPr>
        <w:tc>
          <w:tcPr>
            <w:tcW w:w="135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2C87676E" w14:textId="77777777" w:rsidR="00105EA3" w:rsidRDefault="00105EA3" w:rsidP="00105EA3">
            <w:pPr>
              <w:spacing w:after="0" w:line="240" w:lineRule="auto"/>
              <w:jc w:val="center"/>
            </w:pPr>
            <w:r>
              <w:rPr>
                <w:color w:val="222222"/>
                <w:sz w:val="16"/>
              </w:rPr>
              <w:t>Tuesday</w:t>
            </w:r>
          </w:p>
        </w:tc>
        <w:tc>
          <w:tcPr>
            <w:tcW w:w="190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6197AC45" w14:textId="47B0FE48" w:rsidR="00105EA3" w:rsidRDefault="00000000" w:rsidP="00105EA3">
            <w:pPr>
              <w:spacing w:after="0" w:line="240" w:lineRule="auto"/>
              <w:jc w:val="center"/>
            </w:pPr>
            <w:sdt>
              <w:sdtPr>
                <w:rPr>
                  <w:color w:val="222222"/>
                  <w:sz w:val="16"/>
                </w:rPr>
                <w:id w:val="1369412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5EA3" w:rsidRPr="00BF6842">
                  <w:rPr>
                    <w:rFonts w:ascii="MS Gothic" w:eastAsia="MS Gothic" w:hAnsi="MS Gothic" w:hint="eastAsia"/>
                    <w:color w:val="222222"/>
                    <w:sz w:val="16"/>
                  </w:rPr>
                  <w:t>☐</w:t>
                </w:r>
              </w:sdtContent>
            </w:sdt>
            <w:r w:rsidR="00105EA3" w:rsidRPr="00BF6842">
              <w:rPr>
                <w:color w:val="222222"/>
                <w:sz w:val="16"/>
              </w:rPr>
              <w:t xml:space="preserve"> Campus  </w:t>
            </w:r>
            <w:sdt>
              <w:sdtPr>
                <w:rPr>
                  <w:color w:val="222222"/>
                  <w:sz w:val="16"/>
                </w:rPr>
                <w:id w:val="1788539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5EA3" w:rsidRPr="00BF6842">
                  <w:rPr>
                    <w:rFonts w:ascii="MS Gothic" w:eastAsia="MS Gothic" w:hAnsi="MS Gothic" w:hint="eastAsia"/>
                    <w:color w:val="222222"/>
                    <w:sz w:val="16"/>
                  </w:rPr>
                  <w:t>☐</w:t>
                </w:r>
              </w:sdtContent>
            </w:sdt>
            <w:r w:rsidR="00105EA3" w:rsidRPr="00BF6842">
              <w:rPr>
                <w:color w:val="222222"/>
                <w:sz w:val="16"/>
              </w:rPr>
              <w:t xml:space="preserve"> Remote</w:t>
            </w:r>
          </w:p>
        </w:tc>
        <w:sdt>
          <w:sdtPr>
            <w:rPr>
              <w:sz w:val="16"/>
              <w:szCs w:val="16"/>
            </w:rPr>
            <w:id w:val="1090887845"/>
            <w:placeholder>
              <w:docPart w:val="3CF1FFDAF12848008714F5D9ECB4309B"/>
            </w:placeholder>
            <w:showingPlcHdr/>
          </w:sdtPr>
          <w:sdtContent>
            <w:tc>
              <w:tcPr>
                <w:tcW w:w="1900" w:type="dxa"/>
                <w:tcBorders>
                  <w:top w:val="single" w:sz="6" w:space="0" w:color="B7B7B7"/>
                  <w:left w:val="single" w:sz="6" w:space="0" w:color="B7B7B7"/>
                  <w:bottom w:val="single" w:sz="6" w:space="0" w:color="B7B7B7"/>
                  <w:right w:val="single" w:sz="6" w:space="0" w:color="B7B7B7"/>
                </w:tcBorders>
              </w:tcPr>
              <w:p w14:paraId="12B8AD95" w14:textId="620CB9FF" w:rsidR="00105EA3" w:rsidRDefault="00105EA3" w:rsidP="00105EA3">
                <w:pPr>
                  <w:spacing w:after="0" w:line="240" w:lineRule="auto"/>
                </w:pPr>
                <w:r w:rsidRPr="00105EA3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119869665"/>
            <w:placeholder>
              <w:docPart w:val="6B03E837D24840BCB3AAE4BDB258EAAD"/>
            </w:placeholder>
            <w:showingPlcHdr/>
          </w:sdtPr>
          <w:sdtContent>
            <w:tc>
              <w:tcPr>
                <w:tcW w:w="2100" w:type="dxa"/>
                <w:tcBorders>
                  <w:top w:val="single" w:sz="6" w:space="0" w:color="B7B7B7"/>
                  <w:left w:val="single" w:sz="6" w:space="0" w:color="B7B7B7"/>
                  <w:bottom w:val="single" w:sz="6" w:space="0" w:color="B7B7B7"/>
                  <w:right w:val="single" w:sz="6" w:space="0" w:color="B7B7B7"/>
                </w:tcBorders>
              </w:tcPr>
              <w:p w14:paraId="51E7F0CA" w14:textId="0E48BB56" w:rsidR="00105EA3" w:rsidRDefault="00105EA3" w:rsidP="00105EA3">
                <w:pPr>
                  <w:spacing w:after="0" w:line="240" w:lineRule="auto"/>
                </w:pPr>
                <w:r w:rsidRPr="00105EA3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192966166"/>
            <w:placeholder>
              <w:docPart w:val="E5BE82603D404979BE540748BF1F234A"/>
            </w:placeholder>
            <w:showingPlcHdr/>
          </w:sdtPr>
          <w:sdtContent>
            <w:tc>
              <w:tcPr>
                <w:tcW w:w="2110" w:type="dxa"/>
                <w:tcBorders>
                  <w:top w:val="single" w:sz="6" w:space="0" w:color="B7B7B7"/>
                  <w:left w:val="single" w:sz="6" w:space="0" w:color="B7B7B7"/>
                  <w:bottom w:val="single" w:sz="6" w:space="0" w:color="B7B7B7"/>
                  <w:right w:val="single" w:sz="6" w:space="0" w:color="B7B7B7"/>
                </w:tcBorders>
              </w:tcPr>
              <w:p w14:paraId="4A0D500C" w14:textId="65FF1ACE" w:rsidR="00105EA3" w:rsidRDefault="00105EA3" w:rsidP="00105EA3">
                <w:pPr>
                  <w:spacing w:after="0" w:line="240" w:lineRule="auto"/>
                </w:pPr>
                <w:r w:rsidRPr="00105EA3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105EA3" w14:paraId="7FA6B23B" w14:textId="77777777">
        <w:trPr>
          <w:cantSplit/>
          <w:jc w:val="center"/>
        </w:trPr>
        <w:tc>
          <w:tcPr>
            <w:tcW w:w="135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4352626D" w14:textId="77777777" w:rsidR="00105EA3" w:rsidRDefault="00105EA3" w:rsidP="00105EA3">
            <w:pPr>
              <w:spacing w:after="0" w:line="240" w:lineRule="auto"/>
              <w:jc w:val="center"/>
            </w:pPr>
            <w:r>
              <w:rPr>
                <w:color w:val="222222"/>
                <w:sz w:val="16"/>
              </w:rPr>
              <w:t>Wednesday</w:t>
            </w:r>
          </w:p>
        </w:tc>
        <w:tc>
          <w:tcPr>
            <w:tcW w:w="190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4A96C1F2" w14:textId="6FE5CC89" w:rsidR="00105EA3" w:rsidRDefault="00000000" w:rsidP="00105EA3">
            <w:pPr>
              <w:spacing w:after="0" w:line="240" w:lineRule="auto"/>
              <w:jc w:val="center"/>
            </w:pPr>
            <w:sdt>
              <w:sdtPr>
                <w:rPr>
                  <w:color w:val="222222"/>
                  <w:sz w:val="16"/>
                </w:rPr>
                <w:id w:val="-353271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5EA3" w:rsidRPr="00BF6842">
                  <w:rPr>
                    <w:rFonts w:ascii="MS Gothic" w:eastAsia="MS Gothic" w:hAnsi="MS Gothic" w:hint="eastAsia"/>
                    <w:color w:val="222222"/>
                    <w:sz w:val="16"/>
                  </w:rPr>
                  <w:t>☐</w:t>
                </w:r>
              </w:sdtContent>
            </w:sdt>
            <w:r w:rsidR="00105EA3" w:rsidRPr="00BF6842">
              <w:rPr>
                <w:color w:val="222222"/>
                <w:sz w:val="16"/>
              </w:rPr>
              <w:t xml:space="preserve"> Campus  </w:t>
            </w:r>
            <w:sdt>
              <w:sdtPr>
                <w:rPr>
                  <w:color w:val="222222"/>
                  <w:sz w:val="16"/>
                </w:rPr>
                <w:id w:val="-965745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5EA3" w:rsidRPr="00BF6842">
                  <w:rPr>
                    <w:rFonts w:ascii="MS Gothic" w:eastAsia="MS Gothic" w:hAnsi="MS Gothic" w:hint="eastAsia"/>
                    <w:color w:val="222222"/>
                    <w:sz w:val="16"/>
                  </w:rPr>
                  <w:t>☐</w:t>
                </w:r>
              </w:sdtContent>
            </w:sdt>
            <w:r w:rsidR="00105EA3" w:rsidRPr="00BF6842">
              <w:rPr>
                <w:color w:val="222222"/>
                <w:sz w:val="16"/>
              </w:rPr>
              <w:t xml:space="preserve"> Remote</w:t>
            </w:r>
          </w:p>
        </w:tc>
        <w:sdt>
          <w:sdtPr>
            <w:rPr>
              <w:sz w:val="16"/>
              <w:szCs w:val="16"/>
            </w:rPr>
            <w:id w:val="523525830"/>
            <w:placeholder>
              <w:docPart w:val="416BC6118F9346C7A17D673435976E91"/>
            </w:placeholder>
            <w:showingPlcHdr/>
          </w:sdtPr>
          <w:sdtContent>
            <w:tc>
              <w:tcPr>
                <w:tcW w:w="1900" w:type="dxa"/>
                <w:tcBorders>
                  <w:top w:val="single" w:sz="6" w:space="0" w:color="B7B7B7"/>
                  <w:left w:val="single" w:sz="6" w:space="0" w:color="B7B7B7"/>
                  <w:bottom w:val="single" w:sz="6" w:space="0" w:color="B7B7B7"/>
                  <w:right w:val="single" w:sz="6" w:space="0" w:color="B7B7B7"/>
                </w:tcBorders>
              </w:tcPr>
              <w:p w14:paraId="149B2C4B" w14:textId="14C6A59C" w:rsidR="00105EA3" w:rsidRDefault="00105EA3" w:rsidP="00105EA3">
                <w:pPr>
                  <w:spacing w:after="0" w:line="240" w:lineRule="auto"/>
                </w:pPr>
                <w:r w:rsidRPr="00105EA3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514884702"/>
            <w:placeholder>
              <w:docPart w:val="5CAF208FCF3D4129846327BE21E1A448"/>
            </w:placeholder>
            <w:showingPlcHdr/>
          </w:sdtPr>
          <w:sdtContent>
            <w:tc>
              <w:tcPr>
                <w:tcW w:w="2100" w:type="dxa"/>
                <w:tcBorders>
                  <w:top w:val="single" w:sz="6" w:space="0" w:color="B7B7B7"/>
                  <w:left w:val="single" w:sz="6" w:space="0" w:color="B7B7B7"/>
                  <w:bottom w:val="single" w:sz="6" w:space="0" w:color="B7B7B7"/>
                  <w:right w:val="single" w:sz="6" w:space="0" w:color="B7B7B7"/>
                </w:tcBorders>
              </w:tcPr>
              <w:p w14:paraId="1FFF08BF" w14:textId="34A2C774" w:rsidR="00105EA3" w:rsidRDefault="00105EA3" w:rsidP="00105EA3">
                <w:pPr>
                  <w:spacing w:after="0" w:line="240" w:lineRule="auto"/>
                </w:pPr>
                <w:r w:rsidRPr="00105EA3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28936428"/>
            <w:placeholder>
              <w:docPart w:val="8B0CB830E4664812BC4D04CF2F8B2D38"/>
            </w:placeholder>
            <w:showingPlcHdr/>
          </w:sdtPr>
          <w:sdtContent>
            <w:tc>
              <w:tcPr>
                <w:tcW w:w="2110" w:type="dxa"/>
                <w:tcBorders>
                  <w:top w:val="single" w:sz="6" w:space="0" w:color="B7B7B7"/>
                  <w:left w:val="single" w:sz="6" w:space="0" w:color="B7B7B7"/>
                  <w:bottom w:val="single" w:sz="6" w:space="0" w:color="B7B7B7"/>
                  <w:right w:val="single" w:sz="6" w:space="0" w:color="B7B7B7"/>
                </w:tcBorders>
              </w:tcPr>
              <w:p w14:paraId="15FF5684" w14:textId="6D216B4F" w:rsidR="00105EA3" w:rsidRDefault="00105EA3" w:rsidP="00105EA3">
                <w:pPr>
                  <w:spacing w:after="0" w:line="240" w:lineRule="auto"/>
                </w:pPr>
                <w:r w:rsidRPr="00105EA3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105EA3" w14:paraId="7D6423E5" w14:textId="77777777">
        <w:trPr>
          <w:cantSplit/>
          <w:jc w:val="center"/>
        </w:trPr>
        <w:tc>
          <w:tcPr>
            <w:tcW w:w="135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39108F0C" w14:textId="77777777" w:rsidR="00105EA3" w:rsidRDefault="00105EA3" w:rsidP="00105EA3">
            <w:pPr>
              <w:spacing w:after="0" w:line="240" w:lineRule="auto"/>
              <w:jc w:val="center"/>
            </w:pPr>
            <w:r>
              <w:rPr>
                <w:color w:val="222222"/>
                <w:sz w:val="16"/>
              </w:rPr>
              <w:t>Thursday</w:t>
            </w:r>
          </w:p>
        </w:tc>
        <w:tc>
          <w:tcPr>
            <w:tcW w:w="190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4B4CA4E3" w14:textId="7D293B2A" w:rsidR="00105EA3" w:rsidRDefault="00000000" w:rsidP="00105EA3">
            <w:pPr>
              <w:spacing w:after="0" w:line="240" w:lineRule="auto"/>
              <w:jc w:val="center"/>
            </w:pPr>
            <w:sdt>
              <w:sdtPr>
                <w:rPr>
                  <w:color w:val="222222"/>
                  <w:sz w:val="16"/>
                </w:rPr>
                <w:id w:val="1309368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5EA3" w:rsidRPr="00BF6842">
                  <w:rPr>
                    <w:rFonts w:ascii="MS Gothic" w:eastAsia="MS Gothic" w:hAnsi="MS Gothic" w:hint="eastAsia"/>
                    <w:color w:val="222222"/>
                    <w:sz w:val="16"/>
                  </w:rPr>
                  <w:t>☐</w:t>
                </w:r>
              </w:sdtContent>
            </w:sdt>
            <w:r w:rsidR="00105EA3" w:rsidRPr="00BF6842">
              <w:rPr>
                <w:color w:val="222222"/>
                <w:sz w:val="16"/>
              </w:rPr>
              <w:t xml:space="preserve"> Campus  </w:t>
            </w:r>
            <w:sdt>
              <w:sdtPr>
                <w:rPr>
                  <w:color w:val="222222"/>
                  <w:sz w:val="16"/>
                </w:rPr>
                <w:id w:val="500711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5EA3">
                  <w:rPr>
                    <w:rFonts w:ascii="MS Gothic" w:eastAsia="MS Gothic" w:hAnsi="MS Gothic" w:hint="eastAsia"/>
                    <w:color w:val="222222"/>
                    <w:sz w:val="16"/>
                  </w:rPr>
                  <w:t>☐</w:t>
                </w:r>
              </w:sdtContent>
            </w:sdt>
            <w:r w:rsidR="00105EA3" w:rsidRPr="00BF6842">
              <w:rPr>
                <w:color w:val="222222"/>
                <w:sz w:val="16"/>
              </w:rPr>
              <w:t xml:space="preserve"> Remote</w:t>
            </w:r>
          </w:p>
        </w:tc>
        <w:sdt>
          <w:sdtPr>
            <w:rPr>
              <w:sz w:val="16"/>
              <w:szCs w:val="16"/>
            </w:rPr>
            <w:id w:val="-2087065098"/>
            <w:placeholder>
              <w:docPart w:val="3D54B778694245A5A880389A44AE4CE6"/>
            </w:placeholder>
            <w:showingPlcHdr/>
          </w:sdtPr>
          <w:sdtContent>
            <w:tc>
              <w:tcPr>
                <w:tcW w:w="1900" w:type="dxa"/>
                <w:tcBorders>
                  <w:top w:val="single" w:sz="6" w:space="0" w:color="B7B7B7"/>
                  <w:left w:val="single" w:sz="6" w:space="0" w:color="B7B7B7"/>
                  <w:bottom w:val="single" w:sz="6" w:space="0" w:color="B7B7B7"/>
                  <w:right w:val="single" w:sz="6" w:space="0" w:color="B7B7B7"/>
                </w:tcBorders>
              </w:tcPr>
              <w:p w14:paraId="565E7706" w14:textId="7C4C8F44" w:rsidR="00105EA3" w:rsidRDefault="00105EA3" w:rsidP="00105EA3">
                <w:pPr>
                  <w:spacing w:after="0" w:line="240" w:lineRule="auto"/>
                </w:pPr>
                <w:r w:rsidRPr="00105EA3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616599259"/>
            <w:placeholder>
              <w:docPart w:val="A205E1B754FA4E89BB11587CF7B317A5"/>
            </w:placeholder>
            <w:showingPlcHdr/>
          </w:sdtPr>
          <w:sdtContent>
            <w:tc>
              <w:tcPr>
                <w:tcW w:w="2100" w:type="dxa"/>
                <w:tcBorders>
                  <w:top w:val="single" w:sz="6" w:space="0" w:color="B7B7B7"/>
                  <w:left w:val="single" w:sz="6" w:space="0" w:color="B7B7B7"/>
                  <w:bottom w:val="single" w:sz="6" w:space="0" w:color="B7B7B7"/>
                  <w:right w:val="single" w:sz="6" w:space="0" w:color="B7B7B7"/>
                </w:tcBorders>
              </w:tcPr>
              <w:p w14:paraId="010903DD" w14:textId="4793067B" w:rsidR="00105EA3" w:rsidRDefault="00105EA3" w:rsidP="00105EA3">
                <w:pPr>
                  <w:spacing w:after="0" w:line="240" w:lineRule="auto"/>
                </w:pPr>
                <w:r w:rsidRPr="00105EA3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01396181"/>
            <w:placeholder>
              <w:docPart w:val="DD4C3FECE3FA4DE98711B3C94EAC81D2"/>
            </w:placeholder>
            <w:showingPlcHdr/>
          </w:sdtPr>
          <w:sdtContent>
            <w:tc>
              <w:tcPr>
                <w:tcW w:w="2110" w:type="dxa"/>
                <w:tcBorders>
                  <w:top w:val="single" w:sz="6" w:space="0" w:color="B7B7B7"/>
                  <w:left w:val="single" w:sz="6" w:space="0" w:color="B7B7B7"/>
                  <w:bottom w:val="single" w:sz="6" w:space="0" w:color="B7B7B7"/>
                  <w:right w:val="single" w:sz="6" w:space="0" w:color="B7B7B7"/>
                </w:tcBorders>
              </w:tcPr>
              <w:p w14:paraId="51E5F13A" w14:textId="7DC28C16" w:rsidR="00105EA3" w:rsidRDefault="00105EA3" w:rsidP="00105EA3">
                <w:pPr>
                  <w:spacing w:after="0" w:line="240" w:lineRule="auto"/>
                </w:pPr>
                <w:r w:rsidRPr="00105EA3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105EA3" w14:paraId="1083D6EB" w14:textId="77777777">
        <w:trPr>
          <w:cantSplit/>
          <w:jc w:val="center"/>
        </w:trPr>
        <w:tc>
          <w:tcPr>
            <w:tcW w:w="135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05C20E18" w14:textId="77777777" w:rsidR="00105EA3" w:rsidRDefault="00105EA3" w:rsidP="00105EA3">
            <w:pPr>
              <w:spacing w:after="0" w:line="240" w:lineRule="auto"/>
              <w:jc w:val="center"/>
            </w:pPr>
            <w:r>
              <w:rPr>
                <w:color w:val="222222"/>
                <w:sz w:val="16"/>
              </w:rPr>
              <w:t>Friday</w:t>
            </w:r>
          </w:p>
        </w:tc>
        <w:tc>
          <w:tcPr>
            <w:tcW w:w="190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00A3529D" w14:textId="56E4384A" w:rsidR="00105EA3" w:rsidRDefault="00000000" w:rsidP="00105EA3">
            <w:pPr>
              <w:spacing w:after="0" w:line="240" w:lineRule="auto"/>
              <w:jc w:val="center"/>
            </w:pPr>
            <w:sdt>
              <w:sdtPr>
                <w:rPr>
                  <w:color w:val="222222"/>
                  <w:sz w:val="16"/>
                </w:rPr>
                <w:id w:val="-1592232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5EA3" w:rsidRPr="00BF6842">
                  <w:rPr>
                    <w:rFonts w:ascii="MS Gothic" w:eastAsia="MS Gothic" w:hAnsi="MS Gothic" w:hint="eastAsia"/>
                    <w:color w:val="222222"/>
                    <w:sz w:val="16"/>
                  </w:rPr>
                  <w:t>☐</w:t>
                </w:r>
              </w:sdtContent>
            </w:sdt>
            <w:r w:rsidR="00105EA3" w:rsidRPr="00BF6842">
              <w:rPr>
                <w:color w:val="222222"/>
                <w:sz w:val="16"/>
              </w:rPr>
              <w:t xml:space="preserve"> Campus  </w:t>
            </w:r>
            <w:sdt>
              <w:sdtPr>
                <w:rPr>
                  <w:color w:val="222222"/>
                  <w:sz w:val="16"/>
                </w:rPr>
                <w:id w:val="177940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5EA3" w:rsidRPr="00BF6842">
                  <w:rPr>
                    <w:rFonts w:ascii="MS Gothic" w:eastAsia="MS Gothic" w:hAnsi="MS Gothic" w:hint="eastAsia"/>
                    <w:color w:val="222222"/>
                    <w:sz w:val="16"/>
                  </w:rPr>
                  <w:t>☐</w:t>
                </w:r>
              </w:sdtContent>
            </w:sdt>
            <w:r w:rsidR="00105EA3" w:rsidRPr="00BF6842">
              <w:rPr>
                <w:color w:val="222222"/>
                <w:sz w:val="16"/>
              </w:rPr>
              <w:t xml:space="preserve"> Remote</w:t>
            </w:r>
          </w:p>
        </w:tc>
        <w:sdt>
          <w:sdtPr>
            <w:rPr>
              <w:sz w:val="16"/>
              <w:szCs w:val="16"/>
            </w:rPr>
            <w:id w:val="722258622"/>
            <w:placeholder>
              <w:docPart w:val="A456BA21B83643ECA5A6FA6E638976B2"/>
            </w:placeholder>
            <w:showingPlcHdr/>
          </w:sdtPr>
          <w:sdtContent>
            <w:tc>
              <w:tcPr>
                <w:tcW w:w="1900" w:type="dxa"/>
                <w:tcBorders>
                  <w:top w:val="single" w:sz="6" w:space="0" w:color="B7B7B7"/>
                  <w:left w:val="single" w:sz="6" w:space="0" w:color="B7B7B7"/>
                  <w:bottom w:val="single" w:sz="6" w:space="0" w:color="B7B7B7"/>
                  <w:right w:val="single" w:sz="6" w:space="0" w:color="B7B7B7"/>
                </w:tcBorders>
              </w:tcPr>
              <w:p w14:paraId="14A504BD" w14:textId="22870915" w:rsidR="00105EA3" w:rsidRDefault="00105EA3" w:rsidP="00105EA3">
                <w:pPr>
                  <w:spacing w:after="0" w:line="240" w:lineRule="auto"/>
                </w:pPr>
                <w:r w:rsidRPr="00105EA3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923473745"/>
            <w:placeholder>
              <w:docPart w:val="5DBCCAE011C94DFD97C041D6BC854A5D"/>
            </w:placeholder>
            <w:showingPlcHdr/>
          </w:sdtPr>
          <w:sdtContent>
            <w:tc>
              <w:tcPr>
                <w:tcW w:w="2100" w:type="dxa"/>
                <w:tcBorders>
                  <w:top w:val="single" w:sz="6" w:space="0" w:color="B7B7B7"/>
                  <w:left w:val="single" w:sz="6" w:space="0" w:color="B7B7B7"/>
                  <w:bottom w:val="single" w:sz="6" w:space="0" w:color="B7B7B7"/>
                  <w:right w:val="single" w:sz="6" w:space="0" w:color="B7B7B7"/>
                </w:tcBorders>
              </w:tcPr>
              <w:p w14:paraId="19B386E1" w14:textId="3947F14F" w:rsidR="00105EA3" w:rsidRDefault="00105EA3" w:rsidP="00105EA3">
                <w:pPr>
                  <w:spacing w:after="0" w:line="240" w:lineRule="auto"/>
                </w:pPr>
                <w:r w:rsidRPr="00105EA3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12948942"/>
            <w:placeholder>
              <w:docPart w:val="F267BC987B7649AFB9F2EB2D2D69E773"/>
            </w:placeholder>
            <w:showingPlcHdr/>
          </w:sdtPr>
          <w:sdtContent>
            <w:tc>
              <w:tcPr>
                <w:tcW w:w="2110" w:type="dxa"/>
                <w:tcBorders>
                  <w:top w:val="single" w:sz="6" w:space="0" w:color="B7B7B7"/>
                  <w:left w:val="single" w:sz="6" w:space="0" w:color="B7B7B7"/>
                  <w:bottom w:val="single" w:sz="6" w:space="0" w:color="B7B7B7"/>
                  <w:right w:val="single" w:sz="6" w:space="0" w:color="B7B7B7"/>
                </w:tcBorders>
              </w:tcPr>
              <w:p w14:paraId="174A17E8" w14:textId="1277B94F" w:rsidR="00105EA3" w:rsidRDefault="00105EA3" w:rsidP="00105EA3">
                <w:pPr>
                  <w:spacing w:after="0" w:line="240" w:lineRule="auto"/>
                </w:pPr>
                <w:r w:rsidRPr="00105EA3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</w:tbl>
    <w:p w14:paraId="2CD8B6F9" w14:textId="77777777" w:rsidR="0009150F" w:rsidRDefault="00BD2FBA">
      <w:pPr>
        <w:spacing w:before="100" w:after="40"/>
        <w:rPr>
          <w:b/>
          <w:color w:val="222222"/>
          <w:sz w:val="18"/>
        </w:rPr>
      </w:pPr>
      <w:r>
        <w:rPr>
          <w:b/>
          <w:color w:val="222222"/>
          <w:sz w:val="18"/>
        </w:rPr>
        <w:t>Required on-site meetings, service coverage, or other schedule conditions:</w:t>
      </w:r>
    </w:p>
    <w:p w14:paraId="04103320" w14:textId="2355F656" w:rsidR="00E97814" w:rsidRPr="00E97814" w:rsidRDefault="00E97814">
      <w:pPr>
        <w:spacing w:before="100" w:after="40"/>
        <w:rPr>
          <w:bCs/>
          <w:color w:val="222222"/>
          <w:szCs w:val="20"/>
        </w:rPr>
      </w:pPr>
    </w:p>
    <w:p w14:paraId="4C26FA91" w14:textId="6122D3C7" w:rsidR="00E97814" w:rsidRPr="00E97814" w:rsidRDefault="00E97814">
      <w:pPr>
        <w:pBdr>
          <w:top w:val="single" w:sz="6" w:space="1" w:color="auto"/>
          <w:bottom w:val="single" w:sz="6" w:space="1" w:color="auto"/>
        </w:pBdr>
        <w:spacing w:before="100" w:after="40"/>
      </w:pPr>
    </w:p>
    <w:p w14:paraId="73F57A02" w14:textId="10A4C547" w:rsidR="00E97814" w:rsidRPr="00E97814" w:rsidRDefault="00E97814">
      <w:pPr>
        <w:pBdr>
          <w:bottom w:val="single" w:sz="6" w:space="1" w:color="auto"/>
          <w:between w:val="single" w:sz="6" w:space="1" w:color="auto"/>
        </w:pBdr>
        <w:spacing w:before="100" w:after="40"/>
      </w:pPr>
    </w:p>
    <w:p w14:paraId="7EDE1E0E" w14:textId="77777777" w:rsidR="0009150F" w:rsidRDefault="00BD2FBA">
      <w:r>
        <w:br w:type="page"/>
      </w:r>
    </w:p>
    <w:p w14:paraId="2A340BF4" w14:textId="77777777" w:rsidR="0009150F" w:rsidRDefault="00BD2FBA" w:rsidP="007E31C1">
      <w:pPr>
        <w:keepNext/>
        <w:shd w:val="clear" w:color="auto" w:fill="862633"/>
        <w:spacing w:before="180" w:after="100"/>
      </w:pPr>
      <w:r>
        <w:rPr>
          <w:b/>
          <w:color w:val="FFFFFF"/>
          <w:sz w:val="23"/>
        </w:rPr>
        <w:t xml:space="preserve">  3. BUSINESS JUSTIFICATION AND OPERATIONAL REVIEW</w:t>
      </w:r>
    </w:p>
    <w:p w14:paraId="29BB55B3" w14:textId="2B7D1ABC" w:rsidR="0009150F" w:rsidRDefault="00BD2FBA">
      <w:pPr>
        <w:spacing w:after="40"/>
        <w:rPr>
          <w:b/>
          <w:color w:val="222222"/>
          <w:sz w:val="18"/>
        </w:rPr>
      </w:pPr>
      <w:r>
        <w:rPr>
          <w:b/>
          <w:color w:val="222222"/>
          <w:sz w:val="18"/>
        </w:rPr>
        <w:t>Employee/department rationale and anticipated benefit to service, productivity, recruitment, retention, or continuity:</w:t>
      </w:r>
    </w:p>
    <w:p w14:paraId="730AE8B2" w14:textId="682AC3CB" w:rsidR="007715B6" w:rsidRPr="007715B6" w:rsidRDefault="007715B6">
      <w:pPr>
        <w:spacing w:after="40"/>
        <w:rPr>
          <w:bCs/>
          <w:color w:val="222222"/>
          <w:szCs w:val="20"/>
        </w:rPr>
      </w:pPr>
    </w:p>
    <w:p w14:paraId="78728616" w14:textId="2AE81A65" w:rsidR="007715B6" w:rsidRPr="007715B6" w:rsidRDefault="007715B6">
      <w:pPr>
        <w:pBdr>
          <w:top w:val="single" w:sz="6" w:space="1" w:color="auto"/>
          <w:bottom w:val="single" w:sz="6" w:space="1" w:color="auto"/>
        </w:pBdr>
        <w:spacing w:after="40"/>
        <w:rPr>
          <w:bCs/>
          <w:szCs w:val="20"/>
        </w:rPr>
      </w:pPr>
    </w:p>
    <w:p w14:paraId="64DA6F2E" w14:textId="2090E13E" w:rsidR="007715B6" w:rsidRPr="007715B6" w:rsidRDefault="007715B6">
      <w:pPr>
        <w:pBdr>
          <w:bottom w:val="single" w:sz="6" w:space="1" w:color="auto"/>
          <w:between w:val="single" w:sz="6" w:space="1" w:color="auto"/>
        </w:pBdr>
        <w:spacing w:after="40"/>
        <w:rPr>
          <w:bCs/>
          <w:szCs w:val="20"/>
        </w:rPr>
      </w:pPr>
    </w:p>
    <w:p w14:paraId="1D109781" w14:textId="0FEA379F" w:rsidR="007715B6" w:rsidRPr="007715B6" w:rsidRDefault="007715B6">
      <w:pPr>
        <w:pBdr>
          <w:bottom w:val="single" w:sz="6" w:space="1" w:color="auto"/>
          <w:between w:val="single" w:sz="6" w:space="1" w:color="auto"/>
        </w:pBdr>
        <w:spacing w:after="40"/>
        <w:rPr>
          <w:bCs/>
          <w:szCs w:val="20"/>
        </w:rPr>
      </w:pPr>
    </w:p>
    <w:p w14:paraId="09AB6910" w14:textId="77777777" w:rsidR="007715B6" w:rsidRDefault="007715B6">
      <w:pPr>
        <w:spacing w:after="40"/>
      </w:pPr>
    </w:p>
    <w:p w14:paraId="6477F093" w14:textId="77777777" w:rsidR="0009150F" w:rsidRPr="007E31C1" w:rsidRDefault="00BD2FBA">
      <w:pPr>
        <w:keepNext/>
        <w:spacing w:before="140" w:after="60"/>
        <w:rPr>
          <w:color w:val="862633"/>
        </w:rPr>
      </w:pPr>
      <w:proofErr w:type="gramStart"/>
      <w:r w:rsidRPr="007E31C1">
        <w:rPr>
          <w:b/>
          <w:color w:val="862633"/>
          <w:sz w:val="21"/>
        </w:rPr>
        <w:t>Supervisor</w:t>
      </w:r>
      <w:proofErr w:type="gramEnd"/>
      <w:r w:rsidRPr="007E31C1">
        <w:rPr>
          <w:b/>
          <w:color w:val="862633"/>
          <w:sz w:val="21"/>
        </w:rPr>
        <w:t xml:space="preserve"> Assessment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7600"/>
        <w:gridCol w:w="1760"/>
      </w:tblGrid>
      <w:tr w:rsidR="0009150F" w14:paraId="3EDDE827" w14:textId="77777777" w:rsidTr="5FC8B590">
        <w:trPr>
          <w:cantSplit/>
          <w:tblHeader/>
        </w:trPr>
        <w:tc>
          <w:tcPr>
            <w:tcW w:w="760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68551C7A" w14:textId="77777777" w:rsidR="0009150F" w:rsidRDefault="00BD2FBA">
            <w:pPr>
              <w:spacing w:after="0" w:line="240" w:lineRule="auto"/>
            </w:pPr>
            <w:r>
              <w:rPr>
                <w:color w:val="222222"/>
                <w:sz w:val="17"/>
              </w:rPr>
              <w:t xml:space="preserve">The </w:t>
            </w:r>
            <w:proofErr w:type="gramStart"/>
            <w:r>
              <w:rPr>
                <w:color w:val="222222"/>
                <w:sz w:val="17"/>
              </w:rPr>
              <w:t>employee's</w:t>
            </w:r>
            <w:proofErr w:type="gramEnd"/>
            <w:r>
              <w:rPr>
                <w:color w:val="222222"/>
                <w:sz w:val="17"/>
              </w:rPr>
              <w:t xml:space="preserve"> duties can be performed effectively under the proposed arrangement without disrupting service delivery.</w:t>
            </w:r>
          </w:p>
        </w:tc>
        <w:tc>
          <w:tcPr>
            <w:tcW w:w="17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243275CC" w14:textId="2FED2719" w:rsidR="0009150F" w:rsidRDefault="00000000">
            <w:pPr>
              <w:spacing w:after="0" w:line="240" w:lineRule="auto"/>
              <w:jc w:val="center"/>
            </w:pPr>
            <w:sdt>
              <w:sdtPr>
                <w:rPr>
                  <w:color w:val="222222"/>
                  <w:sz w:val="17"/>
                  <w:szCs w:val="17"/>
                </w:rPr>
                <w:id w:val="-271792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6E2EED72" w:rsidRPr="5FC8B590">
                  <w:rPr>
                    <w:rFonts w:ascii="MS Gothic" w:eastAsia="MS Gothic" w:hAnsi="MS Gothic" w:cs="MS Gothic"/>
                    <w:color w:val="222222"/>
                    <w:sz w:val="17"/>
                    <w:szCs w:val="17"/>
                  </w:rPr>
                  <w:t>☐</w:t>
                </w:r>
              </w:sdtContent>
            </w:sdt>
            <w:r w:rsidR="00BD2FBA" w:rsidRPr="5FC8B590">
              <w:rPr>
                <w:color w:val="222222"/>
                <w:sz w:val="17"/>
                <w:szCs w:val="17"/>
              </w:rPr>
              <w:t xml:space="preserve"> Yes   </w:t>
            </w:r>
            <w:sdt>
              <w:sdtPr>
                <w:rPr>
                  <w:color w:val="222222"/>
                  <w:sz w:val="17"/>
                  <w:szCs w:val="17"/>
                </w:rPr>
                <w:id w:val="-523943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5FF7" w:rsidRPr="5FC8B590">
                  <w:rPr>
                    <w:rFonts w:ascii="MS Gothic" w:eastAsia="MS Gothic" w:hAnsi="MS Gothic"/>
                    <w:color w:val="222222"/>
                    <w:sz w:val="17"/>
                    <w:szCs w:val="17"/>
                  </w:rPr>
                  <w:t>☐</w:t>
                </w:r>
              </w:sdtContent>
            </w:sdt>
            <w:r w:rsidR="00BD2FBA" w:rsidRPr="5FC8B590">
              <w:rPr>
                <w:color w:val="222222"/>
                <w:sz w:val="17"/>
                <w:szCs w:val="17"/>
              </w:rPr>
              <w:t xml:space="preserve"> No</w:t>
            </w:r>
          </w:p>
        </w:tc>
      </w:tr>
      <w:tr w:rsidR="00175FF7" w14:paraId="4ED5A75E" w14:textId="77777777" w:rsidTr="5FC8B590">
        <w:trPr>
          <w:cantSplit/>
        </w:trPr>
        <w:tc>
          <w:tcPr>
            <w:tcW w:w="760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62200039" w14:textId="77777777" w:rsidR="00175FF7" w:rsidRDefault="00175FF7" w:rsidP="00175FF7">
            <w:pPr>
              <w:spacing w:after="0" w:line="240" w:lineRule="auto"/>
            </w:pPr>
            <w:r>
              <w:rPr>
                <w:color w:val="222222"/>
                <w:sz w:val="17"/>
              </w:rPr>
              <w:t xml:space="preserve">The employee </w:t>
            </w:r>
            <w:proofErr w:type="gramStart"/>
            <w:r>
              <w:rPr>
                <w:color w:val="222222"/>
                <w:sz w:val="17"/>
              </w:rPr>
              <w:t>is meeting</w:t>
            </w:r>
            <w:proofErr w:type="gramEnd"/>
            <w:r>
              <w:rPr>
                <w:color w:val="222222"/>
                <w:sz w:val="17"/>
              </w:rPr>
              <w:t xml:space="preserve"> performance, productivity, attendance, conduct, and responsiveness expectations.</w:t>
            </w:r>
          </w:p>
        </w:tc>
        <w:tc>
          <w:tcPr>
            <w:tcW w:w="17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00B585AB" w14:textId="3C4B59B6" w:rsidR="00175FF7" w:rsidRDefault="00000000" w:rsidP="00175FF7">
            <w:pPr>
              <w:spacing w:after="0" w:line="240" w:lineRule="auto"/>
              <w:jc w:val="center"/>
            </w:pPr>
            <w:sdt>
              <w:sdtPr>
                <w:rPr>
                  <w:color w:val="222222"/>
                  <w:sz w:val="17"/>
                </w:rPr>
                <w:id w:val="-960340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5FF7" w:rsidRPr="00481DA7">
                  <w:rPr>
                    <w:rFonts w:ascii="MS Gothic" w:eastAsia="MS Gothic" w:hAnsi="MS Gothic" w:hint="eastAsia"/>
                    <w:color w:val="222222"/>
                    <w:sz w:val="17"/>
                  </w:rPr>
                  <w:t>☐</w:t>
                </w:r>
              </w:sdtContent>
            </w:sdt>
            <w:r w:rsidR="00175FF7" w:rsidRPr="00481DA7">
              <w:rPr>
                <w:color w:val="222222"/>
                <w:sz w:val="17"/>
              </w:rPr>
              <w:t xml:space="preserve"> Yes   </w:t>
            </w:r>
            <w:sdt>
              <w:sdtPr>
                <w:rPr>
                  <w:color w:val="222222"/>
                  <w:sz w:val="17"/>
                </w:rPr>
                <w:id w:val="-1041283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5FF7" w:rsidRPr="00481DA7">
                  <w:rPr>
                    <w:rFonts w:ascii="MS Gothic" w:eastAsia="MS Gothic" w:hAnsi="MS Gothic" w:hint="eastAsia"/>
                    <w:color w:val="222222"/>
                    <w:sz w:val="17"/>
                  </w:rPr>
                  <w:t>☐</w:t>
                </w:r>
              </w:sdtContent>
            </w:sdt>
            <w:r w:rsidR="00175FF7" w:rsidRPr="00481DA7">
              <w:rPr>
                <w:color w:val="222222"/>
                <w:sz w:val="17"/>
              </w:rPr>
              <w:t xml:space="preserve"> No</w:t>
            </w:r>
          </w:p>
        </w:tc>
      </w:tr>
      <w:tr w:rsidR="00175FF7" w14:paraId="1ACB5E62" w14:textId="77777777" w:rsidTr="5FC8B590">
        <w:trPr>
          <w:cantSplit/>
        </w:trPr>
        <w:tc>
          <w:tcPr>
            <w:tcW w:w="760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7582AE78" w14:textId="77777777" w:rsidR="00175FF7" w:rsidRDefault="00175FF7" w:rsidP="00175FF7">
            <w:pPr>
              <w:spacing w:after="0" w:line="240" w:lineRule="auto"/>
            </w:pPr>
            <w:r>
              <w:rPr>
                <w:color w:val="222222"/>
                <w:sz w:val="17"/>
              </w:rPr>
              <w:t>The arrangement supports adequate office coverage, customer service, supervision, and team collaboration.</w:t>
            </w:r>
          </w:p>
        </w:tc>
        <w:tc>
          <w:tcPr>
            <w:tcW w:w="17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316C176C" w14:textId="21038CC5" w:rsidR="00175FF7" w:rsidRDefault="00000000" w:rsidP="00175FF7">
            <w:pPr>
              <w:spacing w:after="0" w:line="240" w:lineRule="auto"/>
              <w:jc w:val="center"/>
            </w:pPr>
            <w:sdt>
              <w:sdtPr>
                <w:rPr>
                  <w:color w:val="222222"/>
                  <w:sz w:val="17"/>
                </w:rPr>
                <w:id w:val="-738709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5FF7" w:rsidRPr="00481DA7">
                  <w:rPr>
                    <w:rFonts w:ascii="MS Gothic" w:eastAsia="MS Gothic" w:hAnsi="MS Gothic" w:hint="eastAsia"/>
                    <w:color w:val="222222"/>
                    <w:sz w:val="17"/>
                  </w:rPr>
                  <w:t>☐</w:t>
                </w:r>
              </w:sdtContent>
            </w:sdt>
            <w:r w:rsidR="00175FF7" w:rsidRPr="00481DA7">
              <w:rPr>
                <w:color w:val="222222"/>
                <w:sz w:val="17"/>
              </w:rPr>
              <w:t xml:space="preserve"> Yes   </w:t>
            </w:r>
            <w:sdt>
              <w:sdtPr>
                <w:rPr>
                  <w:color w:val="222222"/>
                  <w:sz w:val="17"/>
                </w:rPr>
                <w:id w:val="-535199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5FF7" w:rsidRPr="00481DA7">
                  <w:rPr>
                    <w:rFonts w:ascii="MS Gothic" w:eastAsia="MS Gothic" w:hAnsi="MS Gothic" w:hint="eastAsia"/>
                    <w:color w:val="222222"/>
                    <w:sz w:val="17"/>
                  </w:rPr>
                  <w:t>☐</w:t>
                </w:r>
              </w:sdtContent>
            </w:sdt>
            <w:r w:rsidR="00175FF7" w:rsidRPr="00481DA7">
              <w:rPr>
                <w:color w:val="222222"/>
                <w:sz w:val="17"/>
              </w:rPr>
              <w:t xml:space="preserve"> No</w:t>
            </w:r>
          </w:p>
        </w:tc>
      </w:tr>
      <w:tr w:rsidR="00175FF7" w14:paraId="27563890" w14:textId="77777777" w:rsidTr="5FC8B590">
        <w:trPr>
          <w:cantSplit/>
        </w:trPr>
        <w:tc>
          <w:tcPr>
            <w:tcW w:w="760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06F08868" w14:textId="77777777" w:rsidR="00175FF7" w:rsidRDefault="00175FF7" w:rsidP="00175FF7">
            <w:pPr>
              <w:spacing w:after="0" w:line="240" w:lineRule="auto"/>
            </w:pPr>
            <w:r>
              <w:rPr>
                <w:color w:val="222222"/>
                <w:sz w:val="17"/>
              </w:rPr>
              <w:t>Task interdependence and operational constraints have been evaluated and can be managed.</w:t>
            </w:r>
          </w:p>
        </w:tc>
        <w:tc>
          <w:tcPr>
            <w:tcW w:w="17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54ADB71A" w14:textId="5948D891" w:rsidR="00175FF7" w:rsidRDefault="00000000" w:rsidP="00175FF7">
            <w:pPr>
              <w:spacing w:after="0" w:line="240" w:lineRule="auto"/>
              <w:jc w:val="center"/>
            </w:pPr>
            <w:sdt>
              <w:sdtPr>
                <w:rPr>
                  <w:color w:val="222222"/>
                  <w:sz w:val="17"/>
                </w:rPr>
                <w:id w:val="2032453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5FF7" w:rsidRPr="00481DA7">
                  <w:rPr>
                    <w:rFonts w:ascii="MS Gothic" w:eastAsia="MS Gothic" w:hAnsi="MS Gothic" w:hint="eastAsia"/>
                    <w:color w:val="222222"/>
                    <w:sz w:val="17"/>
                  </w:rPr>
                  <w:t>☐</w:t>
                </w:r>
              </w:sdtContent>
            </w:sdt>
            <w:r w:rsidR="00175FF7" w:rsidRPr="00481DA7">
              <w:rPr>
                <w:color w:val="222222"/>
                <w:sz w:val="17"/>
              </w:rPr>
              <w:t xml:space="preserve"> Yes   </w:t>
            </w:r>
            <w:sdt>
              <w:sdtPr>
                <w:rPr>
                  <w:color w:val="222222"/>
                  <w:sz w:val="17"/>
                </w:rPr>
                <w:id w:val="-669172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5FF7" w:rsidRPr="00481DA7">
                  <w:rPr>
                    <w:rFonts w:ascii="MS Gothic" w:eastAsia="MS Gothic" w:hAnsi="MS Gothic" w:hint="eastAsia"/>
                    <w:color w:val="222222"/>
                    <w:sz w:val="17"/>
                  </w:rPr>
                  <w:t>☐</w:t>
                </w:r>
              </w:sdtContent>
            </w:sdt>
            <w:r w:rsidR="00175FF7" w:rsidRPr="00481DA7">
              <w:rPr>
                <w:color w:val="222222"/>
                <w:sz w:val="17"/>
              </w:rPr>
              <w:t xml:space="preserve"> No</w:t>
            </w:r>
          </w:p>
        </w:tc>
      </w:tr>
      <w:tr w:rsidR="00175FF7" w14:paraId="22B5325D" w14:textId="77777777" w:rsidTr="5FC8B590">
        <w:trPr>
          <w:cantSplit/>
        </w:trPr>
        <w:tc>
          <w:tcPr>
            <w:tcW w:w="760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31C4B72B" w14:textId="77777777" w:rsidR="00175FF7" w:rsidRDefault="00175FF7" w:rsidP="00175FF7">
            <w:pPr>
              <w:spacing w:after="0" w:line="240" w:lineRule="auto"/>
            </w:pPr>
            <w:r>
              <w:rPr>
                <w:color w:val="222222"/>
                <w:sz w:val="17"/>
              </w:rPr>
              <w:t>The employee can perform duties free of external obligations and unreasonable interruptions.</w:t>
            </w:r>
          </w:p>
        </w:tc>
        <w:tc>
          <w:tcPr>
            <w:tcW w:w="17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62B3B1B4" w14:textId="565F5260" w:rsidR="00175FF7" w:rsidRDefault="00000000" w:rsidP="00175FF7">
            <w:pPr>
              <w:spacing w:after="0" w:line="240" w:lineRule="auto"/>
              <w:jc w:val="center"/>
            </w:pPr>
            <w:sdt>
              <w:sdtPr>
                <w:rPr>
                  <w:color w:val="222222"/>
                  <w:sz w:val="17"/>
                </w:rPr>
                <w:id w:val="1158732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5FF7" w:rsidRPr="00481DA7">
                  <w:rPr>
                    <w:rFonts w:ascii="MS Gothic" w:eastAsia="MS Gothic" w:hAnsi="MS Gothic" w:hint="eastAsia"/>
                    <w:color w:val="222222"/>
                    <w:sz w:val="17"/>
                  </w:rPr>
                  <w:t>☐</w:t>
                </w:r>
              </w:sdtContent>
            </w:sdt>
            <w:r w:rsidR="00175FF7" w:rsidRPr="00481DA7">
              <w:rPr>
                <w:color w:val="222222"/>
                <w:sz w:val="17"/>
              </w:rPr>
              <w:t xml:space="preserve"> Yes   </w:t>
            </w:r>
            <w:sdt>
              <w:sdtPr>
                <w:rPr>
                  <w:color w:val="222222"/>
                  <w:sz w:val="17"/>
                </w:rPr>
                <w:id w:val="-647056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5FF7" w:rsidRPr="00481DA7">
                  <w:rPr>
                    <w:rFonts w:ascii="MS Gothic" w:eastAsia="MS Gothic" w:hAnsi="MS Gothic" w:hint="eastAsia"/>
                    <w:color w:val="222222"/>
                    <w:sz w:val="17"/>
                  </w:rPr>
                  <w:t>☐</w:t>
                </w:r>
              </w:sdtContent>
            </w:sdt>
            <w:r w:rsidR="00175FF7" w:rsidRPr="00481DA7">
              <w:rPr>
                <w:color w:val="222222"/>
                <w:sz w:val="17"/>
              </w:rPr>
              <w:t xml:space="preserve"> No</w:t>
            </w:r>
          </w:p>
        </w:tc>
      </w:tr>
      <w:tr w:rsidR="00175FF7" w14:paraId="77A9C5D2" w14:textId="77777777" w:rsidTr="5FC8B590">
        <w:trPr>
          <w:cantSplit/>
        </w:trPr>
        <w:tc>
          <w:tcPr>
            <w:tcW w:w="760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1C59E9D0" w14:textId="77777777" w:rsidR="00175FF7" w:rsidRDefault="00175FF7" w:rsidP="00175FF7">
            <w:pPr>
              <w:spacing w:after="0" w:line="240" w:lineRule="auto"/>
            </w:pPr>
            <w:r>
              <w:rPr>
                <w:color w:val="222222"/>
                <w:sz w:val="17"/>
              </w:rPr>
              <w:t>The employee can report to campus within a reasonable period when directed for operational needs or emergencies.</w:t>
            </w:r>
          </w:p>
        </w:tc>
        <w:tc>
          <w:tcPr>
            <w:tcW w:w="17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406B83BD" w14:textId="0B6D648A" w:rsidR="00175FF7" w:rsidRDefault="00000000" w:rsidP="00175FF7">
            <w:pPr>
              <w:spacing w:after="0" w:line="240" w:lineRule="auto"/>
              <w:jc w:val="center"/>
            </w:pPr>
            <w:sdt>
              <w:sdtPr>
                <w:rPr>
                  <w:color w:val="222222"/>
                  <w:sz w:val="17"/>
                </w:rPr>
                <w:id w:val="-1127315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5FF7" w:rsidRPr="00481DA7">
                  <w:rPr>
                    <w:rFonts w:ascii="MS Gothic" w:eastAsia="MS Gothic" w:hAnsi="MS Gothic" w:hint="eastAsia"/>
                    <w:color w:val="222222"/>
                    <w:sz w:val="17"/>
                  </w:rPr>
                  <w:t>☐</w:t>
                </w:r>
              </w:sdtContent>
            </w:sdt>
            <w:r w:rsidR="00175FF7" w:rsidRPr="00481DA7">
              <w:rPr>
                <w:color w:val="222222"/>
                <w:sz w:val="17"/>
              </w:rPr>
              <w:t xml:space="preserve"> Yes   </w:t>
            </w:r>
            <w:sdt>
              <w:sdtPr>
                <w:rPr>
                  <w:color w:val="222222"/>
                  <w:sz w:val="17"/>
                </w:rPr>
                <w:id w:val="909505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5FF7" w:rsidRPr="00481DA7">
                  <w:rPr>
                    <w:rFonts w:ascii="MS Gothic" w:eastAsia="MS Gothic" w:hAnsi="MS Gothic" w:hint="eastAsia"/>
                    <w:color w:val="222222"/>
                    <w:sz w:val="17"/>
                  </w:rPr>
                  <w:t>☐</w:t>
                </w:r>
              </w:sdtContent>
            </w:sdt>
            <w:r w:rsidR="00175FF7" w:rsidRPr="00481DA7">
              <w:rPr>
                <w:color w:val="222222"/>
                <w:sz w:val="17"/>
              </w:rPr>
              <w:t xml:space="preserve"> No</w:t>
            </w:r>
          </w:p>
        </w:tc>
      </w:tr>
      <w:tr w:rsidR="00175FF7" w14:paraId="55FAA341" w14:textId="77777777" w:rsidTr="5FC8B590">
        <w:trPr>
          <w:cantSplit/>
        </w:trPr>
        <w:tc>
          <w:tcPr>
            <w:tcW w:w="760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4716F32A" w14:textId="77777777" w:rsidR="00175FF7" w:rsidRDefault="00175FF7" w:rsidP="00175FF7">
            <w:pPr>
              <w:spacing w:after="0" w:line="240" w:lineRule="auto"/>
            </w:pPr>
            <w:r>
              <w:rPr>
                <w:color w:val="222222"/>
                <w:sz w:val="17"/>
              </w:rPr>
              <w:t>The arrangement is being administered consistently and equitably among similarly situated employees.</w:t>
            </w:r>
          </w:p>
        </w:tc>
        <w:tc>
          <w:tcPr>
            <w:tcW w:w="17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567B5F0F" w14:textId="71FAE096" w:rsidR="00175FF7" w:rsidRDefault="00000000" w:rsidP="00175FF7">
            <w:pPr>
              <w:spacing w:after="0" w:line="240" w:lineRule="auto"/>
              <w:jc w:val="center"/>
            </w:pPr>
            <w:sdt>
              <w:sdtPr>
                <w:rPr>
                  <w:color w:val="222222"/>
                  <w:sz w:val="17"/>
                </w:rPr>
                <w:id w:val="-2101478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5FF7" w:rsidRPr="00481DA7">
                  <w:rPr>
                    <w:rFonts w:ascii="MS Gothic" w:eastAsia="MS Gothic" w:hAnsi="MS Gothic" w:hint="eastAsia"/>
                    <w:color w:val="222222"/>
                    <w:sz w:val="17"/>
                  </w:rPr>
                  <w:t>☐</w:t>
                </w:r>
              </w:sdtContent>
            </w:sdt>
            <w:r w:rsidR="00175FF7" w:rsidRPr="00481DA7">
              <w:rPr>
                <w:color w:val="222222"/>
                <w:sz w:val="17"/>
              </w:rPr>
              <w:t xml:space="preserve"> Yes   </w:t>
            </w:r>
            <w:sdt>
              <w:sdtPr>
                <w:rPr>
                  <w:color w:val="222222"/>
                  <w:sz w:val="17"/>
                </w:rPr>
                <w:id w:val="-926890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5FF7" w:rsidRPr="00481DA7">
                  <w:rPr>
                    <w:rFonts w:ascii="MS Gothic" w:eastAsia="MS Gothic" w:hAnsi="MS Gothic" w:hint="eastAsia"/>
                    <w:color w:val="222222"/>
                    <w:sz w:val="17"/>
                  </w:rPr>
                  <w:t>☐</w:t>
                </w:r>
              </w:sdtContent>
            </w:sdt>
            <w:r w:rsidR="00175FF7" w:rsidRPr="00481DA7">
              <w:rPr>
                <w:color w:val="222222"/>
                <w:sz w:val="17"/>
              </w:rPr>
              <w:t xml:space="preserve"> No</w:t>
            </w:r>
          </w:p>
        </w:tc>
      </w:tr>
      <w:tr w:rsidR="00175FF7" w14:paraId="49E33BE7" w14:textId="77777777" w:rsidTr="5FC8B590">
        <w:trPr>
          <w:cantSplit/>
        </w:trPr>
        <w:tc>
          <w:tcPr>
            <w:tcW w:w="760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0B55E888" w14:textId="77777777" w:rsidR="00175FF7" w:rsidRDefault="00175FF7" w:rsidP="00175FF7">
            <w:pPr>
              <w:spacing w:after="0" w:line="240" w:lineRule="auto"/>
            </w:pPr>
            <w:r>
              <w:rPr>
                <w:color w:val="222222"/>
                <w:sz w:val="17"/>
              </w:rPr>
              <w:t>Applicable wage-and-hour, overtime, leave, public-records, and compliance requirements have been considered.</w:t>
            </w:r>
          </w:p>
        </w:tc>
        <w:tc>
          <w:tcPr>
            <w:tcW w:w="17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79C65CCE" w14:textId="5957018F" w:rsidR="00175FF7" w:rsidRDefault="00000000" w:rsidP="00175FF7">
            <w:pPr>
              <w:spacing w:after="0" w:line="240" w:lineRule="auto"/>
              <w:jc w:val="center"/>
            </w:pPr>
            <w:sdt>
              <w:sdtPr>
                <w:rPr>
                  <w:color w:val="222222"/>
                  <w:sz w:val="17"/>
                </w:rPr>
                <w:id w:val="471570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5FF7" w:rsidRPr="00481DA7">
                  <w:rPr>
                    <w:rFonts w:ascii="MS Gothic" w:eastAsia="MS Gothic" w:hAnsi="MS Gothic" w:hint="eastAsia"/>
                    <w:color w:val="222222"/>
                    <w:sz w:val="17"/>
                  </w:rPr>
                  <w:t>☐</w:t>
                </w:r>
              </w:sdtContent>
            </w:sdt>
            <w:r w:rsidR="00175FF7" w:rsidRPr="00481DA7">
              <w:rPr>
                <w:color w:val="222222"/>
                <w:sz w:val="17"/>
              </w:rPr>
              <w:t xml:space="preserve"> Yes   </w:t>
            </w:r>
            <w:sdt>
              <w:sdtPr>
                <w:rPr>
                  <w:color w:val="222222"/>
                  <w:sz w:val="17"/>
                </w:rPr>
                <w:id w:val="1465228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5FF7" w:rsidRPr="00481DA7">
                  <w:rPr>
                    <w:rFonts w:ascii="MS Gothic" w:eastAsia="MS Gothic" w:hAnsi="MS Gothic" w:hint="eastAsia"/>
                    <w:color w:val="222222"/>
                    <w:sz w:val="17"/>
                  </w:rPr>
                  <w:t>☐</w:t>
                </w:r>
              </w:sdtContent>
            </w:sdt>
            <w:r w:rsidR="00175FF7" w:rsidRPr="00481DA7">
              <w:rPr>
                <w:color w:val="222222"/>
                <w:sz w:val="17"/>
              </w:rPr>
              <w:t xml:space="preserve"> No</w:t>
            </w:r>
          </w:p>
        </w:tc>
      </w:tr>
    </w:tbl>
    <w:p w14:paraId="2D7DEA81" w14:textId="3CC4E24F" w:rsidR="0009150F" w:rsidRPr="007715B6" w:rsidRDefault="00BD2FBA">
      <w:pPr>
        <w:spacing w:before="100" w:after="40"/>
        <w:rPr>
          <w:bCs/>
          <w:color w:val="222222"/>
          <w:szCs w:val="20"/>
        </w:rPr>
      </w:pPr>
      <w:r>
        <w:rPr>
          <w:b/>
          <w:color w:val="222222"/>
          <w:sz w:val="18"/>
        </w:rPr>
        <w:t>If any item is marked “No,” explain the concern and any conditions required for approval:</w:t>
      </w:r>
      <w:r w:rsidR="005C183D">
        <w:rPr>
          <w:b/>
          <w:color w:val="222222"/>
          <w:sz w:val="18"/>
        </w:rPr>
        <w:br/>
      </w:r>
    </w:p>
    <w:p w14:paraId="0B9BD29A" w14:textId="149AA277" w:rsidR="005C183D" w:rsidRPr="007715B6" w:rsidRDefault="005C183D">
      <w:pPr>
        <w:pBdr>
          <w:top w:val="single" w:sz="6" w:space="1" w:color="auto"/>
          <w:bottom w:val="single" w:sz="6" w:space="1" w:color="auto"/>
        </w:pBdr>
        <w:spacing w:before="100" w:after="40"/>
        <w:rPr>
          <w:bCs/>
          <w:szCs w:val="20"/>
        </w:rPr>
      </w:pPr>
    </w:p>
    <w:p w14:paraId="2F56161A" w14:textId="16E5D2D1" w:rsidR="005C183D" w:rsidRPr="007715B6" w:rsidRDefault="005C183D">
      <w:pPr>
        <w:pBdr>
          <w:bottom w:val="single" w:sz="6" w:space="1" w:color="auto"/>
          <w:between w:val="single" w:sz="6" w:space="1" w:color="auto"/>
        </w:pBdr>
        <w:spacing w:before="100" w:after="40"/>
        <w:rPr>
          <w:bCs/>
          <w:szCs w:val="20"/>
        </w:rPr>
      </w:pPr>
    </w:p>
    <w:p w14:paraId="4CA5FCF3" w14:textId="77DDC0BC" w:rsidR="005C183D" w:rsidRPr="007715B6" w:rsidRDefault="005C183D">
      <w:pPr>
        <w:pBdr>
          <w:bottom w:val="single" w:sz="6" w:space="1" w:color="auto"/>
          <w:between w:val="single" w:sz="6" w:space="1" w:color="auto"/>
        </w:pBdr>
        <w:spacing w:before="100" w:after="40"/>
        <w:rPr>
          <w:bCs/>
          <w:szCs w:val="20"/>
        </w:rPr>
      </w:pPr>
    </w:p>
    <w:p w14:paraId="15B9116A" w14:textId="77777777" w:rsidR="005C183D" w:rsidRDefault="005C183D">
      <w:pPr>
        <w:spacing w:before="100" w:after="40"/>
      </w:pPr>
    </w:p>
    <w:p w14:paraId="209FD1AF" w14:textId="77777777" w:rsidR="0009150F" w:rsidRDefault="00BD2FBA" w:rsidP="007E31C1">
      <w:pPr>
        <w:keepNext/>
        <w:shd w:val="clear" w:color="auto" w:fill="862633"/>
        <w:spacing w:before="180" w:after="100"/>
      </w:pPr>
      <w:r>
        <w:rPr>
          <w:b/>
          <w:color w:val="FFFFFF"/>
          <w:sz w:val="23"/>
        </w:rPr>
        <w:t xml:space="preserve">  4. PERFORMANCE, AVAILABILITY, AND SERVICE EXPECTATIONS</w:t>
      </w:r>
    </w:p>
    <w:p w14:paraId="2E3BDFAC" w14:textId="77777777" w:rsidR="0009150F" w:rsidRDefault="00BD2FBA">
      <w:r>
        <w:rPr>
          <w:i/>
          <w:color w:val="666666"/>
          <w:sz w:val="18"/>
        </w:rPr>
        <w:t>The supervisor and employee must document measurable expectations for the arrangement.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6"/>
        <w:gridCol w:w="2296"/>
        <w:gridCol w:w="1397"/>
        <w:gridCol w:w="3593"/>
        <w:gridCol w:w="2056"/>
        <w:gridCol w:w="12"/>
      </w:tblGrid>
      <w:tr w:rsidR="0009150F" w14:paraId="652BA6FC" w14:textId="77777777" w:rsidTr="007E31C1">
        <w:trPr>
          <w:gridAfter w:val="1"/>
          <w:wAfter w:w="12" w:type="dxa"/>
          <w:cantSplit/>
          <w:tblHeader/>
        </w:trPr>
        <w:tc>
          <w:tcPr>
            <w:tcW w:w="3699" w:type="dxa"/>
            <w:gridSpan w:val="3"/>
            <w:tcBorders>
              <w:top w:val="single" w:sz="6" w:space="0" w:color="6A0032"/>
              <w:left w:val="single" w:sz="6" w:space="0" w:color="6A0032"/>
              <w:bottom w:val="single" w:sz="6" w:space="0" w:color="6A0032"/>
              <w:right w:val="single" w:sz="6" w:space="0" w:color="6A0032"/>
            </w:tcBorders>
            <w:shd w:val="clear" w:color="auto" w:fill="86263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008CB2" w14:textId="77777777" w:rsidR="0009150F" w:rsidRDefault="00BD2FBA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Expectation / Deliverable</w:t>
            </w:r>
          </w:p>
        </w:tc>
        <w:tc>
          <w:tcPr>
            <w:tcW w:w="3593" w:type="dxa"/>
            <w:tcBorders>
              <w:top w:val="single" w:sz="6" w:space="0" w:color="6A0032"/>
              <w:left w:val="single" w:sz="6" w:space="0" w:color="6A0032"/>
              <w:bottom w:val="single" w:sz="6" w:space="0" w:color="6A0032"/>
              <w:right w:val="single" w:sz="6" w:space="0" w:color="6A0032"/>
            </w:tcBorders>
            <w:shd w:val="clear" w:color="auto" w:fill="86263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2225FE2" w14:textId="77777777" w:rsidR="0009150F" w:rsidRDefault="00BD2FBA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Measure or Service Standard</w:t>
            </w:r>
          </w:p>
        </w:tc>
        <w:tc>
          <w:tcPr>
            <w:tcW w:w="2056" w:type="dxa"/>
            <w:tcBorders>
              <w:top w:val="single" w:sz="6" w:space="0" w:color="6A0032"/>
              <w:left w:val="single" w:sz="6" w:space="0" w:color="6A0032"/>
              <w:bottom w:val="single" w:sz="6" w:space="0" w:color="6A0032"/>
              <w:right w:val="single" w:sz="6" w:space="0" w:color="6A0032"/>
            </w:tcBorders>
            <w:shd w:val="clear" w:color="auto" w:fill="86263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BC52510" w14:textId="77777777" w:rsidR="0009150F" w:rsidRDefault="00BD2FBA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Review Frequency</w:t>
            </w:r>
          </w:p>
        </w:tc>
      </w:tr>
      <w:tr w:rsidR="00F91CC4" w14:paraId="06663171" w14:textId="77777777" w:rsidTr="00F91CC4">
        <w:trPr>
          <w:gridAfter w:val="1"/>
          <w:wAfter w:w="12" w:type="dxa"/>
          <w:cantSplit/>
        </w:trPr>
        <w:tc>
          <w:tcPr>
            <w:tcW w:w="3699" w:type="dxa"/>
            <w:gridSpan w:val="3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56B1F906" w14:textId="744EAFBF" w:rsidR="00F91CC4" w:rsidRDefault="00000000" w:rsidP="00F91CC4">
            <w:pPr>
              <w:spacing w:after="0" w:line="240" w:lineRule="auto"/>
            </w:pPr>
            <w:sdt>
              <w:sdtPr>
                <w:rPr>
                  <w:color w:val="222222"/>
                  <w:sz w:val="17"/>
                </w:rPr>
                <w:id w:val="-342399131"/>
                <w:placeholder>
                  <w:docPart w:val="2BB2396F99E24FD2A98334A1FCF9CE53"/>
                </w:placeholder>
                <w:showingPlcHdr/>
              </w:sdtPr>
              <w:sdtContent>
                <w:r w:rsidR="00F91CC4" w:rsidRPr="00461221">
                  <w:rPr>
                    <w:rStyle w:val="PlaceholderText"/>
                  </w:rPr>
                  <w:t>Click or tap here to enter text.</w:t>
                </w:r>
              </w:sdtContent>
            </w:sdt>
            <w:r w:rsidR="00F91CC4">
              <w:rPr>
                <w:color w:val="222222"/>
                <w:sz w:val="17"/>
              </w:rPr>
              <w:br/>
            </w:r>
          </w:p>
        </w:tc>
        <w:tc>
          <w:tcPr>
            <w:tcW w:w="3593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04AB2F1A" w14:textId="398F5201" w:rsidR="00F91CC4" w:rsidRDefault="00000000" w:rsidP="00F91CC4">
            <w:pPr>
              <w:spacing w:after="0" w:line="240" w:lineRule="auto"/>
            </w:pPr>
            <w:sdt>
              <w:sdtPr>
                <w:rPr>
                  <w:color w:val="222222"/>
                  <w:sz w:val="17"/>
                </w:rPr>
                <w:id w:val="-207870769"/>
                <w:placeholder>
                  <w:docPart w:val="905EB638516D4783858451D9426C5792"/>
                </w:placeholder>
                <w:showingPlcHdr/>
              </w:sdtPr>
              <w:sdtContent>
                <w:r w:rsidR="00F91CC4" w:rsidRPr="00E81CB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2056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363ABCB5" w14:textId="352E1F53" w:rsidR="00F91CC4" w:rsidRDefault="00000000" w:rsidP="00F91CC4">
            <w:pPr>
              <w:spacing w:after="0" w:line="240" w:lineRule="auto"/>
            </w:pPr>
            <w:sdt>
              <w:sdtPr>
                <w:rPr>
                  <w:color w:val="222222"/>
                  <w:sz w:val="17"/>
                </w:rPr>
                <w:id w:val="-912772128"/>
                <w:placeholder>
                  <w:docPart w:val="2E516261AE264D7B8B943E091CF091B4"/>
                </w:placeholder>
                <w:showingPlcHdr/>
              </w:sdtPr>
              <w:sdtContent>
                <w:r w:rsidR="00F91CC4" w:rsidRPr="00E81CB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F91CC4" w14:paraId="47D0F988" w14:textId="77777777" w:rsidTr="00F91CC4">
        <w:trPr>
          <w:gridAfter w:val="1"/>
          <w:wAfter w:w="12" w:type="dxa"/>
          <w:cantSplit/>
        </w:trPr>
        <w:tc>
          <w:tcPr>
            <w:tcW w:w="3699" w:type="dxa"/>
            <w:gridSpan w:val="3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19836CAF" w14:textId="1EC195A3" w:rsidR="00F91CC4" w:rsidRDefault="00000000" w:rsidP="00F91CC4">
            <w:pPr>
              <w:spacing w:after="0" w:line="240" w:lineRule="auto"/>
            </w:pPr>
            <w:sdt>
              <w:sdtPr>
                <w:rPr>
                  <w:color w:val="222222"/>
                  <w:sz w:val="17"/>
                </w:rPr>
                <w:id w:val="977425802"/>
                <w:placeholder>
                  <w:docPart w:val="21D9B0AC8B6C4E5E9669AFFBF9C10FB6"/>
                </w:placeholder>
                <w:showingPlcHdr/>
              </w:sdtPr>
              <w:sdtContent>
                <w:r w:rsidR="00F91CC4" w:rsidRPr="00461221">
                  <w:rPr>
                    <w:rStyle w:val="PlaceholderText"/>
                  </w:rPr>
                  <w:t>Click or tap here to enter text.</w:t>
                </w:r>
              </w:sdtContent>
            </w:sdt>
            <w:r w:rsidR="00F91CC4">
              <w:rPr>
                <w:color w:val="222222"/>
                <w:sz w:val="17"/>
              </w:rPr>
              <w:br/>
            </w:r>
          </w:p>
        </w:tc>
        <w:tc>
          <w:tcPr>
            <w:tcW w:w="3593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61ED24A1" w14:textId="5B5BD57F" w:rsidR="00F91CC4" w:rsidRDefault="00000000" w:rsidP="00F91CC4">
            <w:pPr>
              <w:spacing w:after="0" w:line="240" w:lineRule="auto"/>
            </w:pPr>
            <w:sdt>
              <w:sdtPr>
                <w:rPr>
                  <w:color w:val="222222"/>
                  <w:sz w:val="17"/>
                </w:rPr>
                <w:id w:val="1608081478"/>
                <w:placeholder>
                  <w:docPart w:val="DC4041A9CA57459080B538B762DB2517"/>
                </w:placeholder>
                <w:showingPlcHdr/>
              </w:sdtPr>
              <w:sdtContent>
                <w:r w:rsidR="00F91CC4" w:rsidRPr="00E81CB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2056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61A31106" w14:textId="79A3CE2C" w:rsidR="00F91CC4" w:rsidRDefault="00000000" w:rsidP="00F91CC4">
            <w:pPr>
              <w:spacing w:after="0" w:line="240" w:lineRule="auto"/>
            </w:pPr>
            <w:sdt>
              <w:sdtPr>
                <w:rPr>
                  <w:color w:val="222222"/>
                  <w:sz w:val="17"/>
                </w:rPr>
                <w:id w:val="-1674706833"/>
                <w:placeholder>
                  <w:docPart w:val="E84EBDF2181548BB9A8477717751E3CF"/>
                </w:placeholder>
                <w:showingPlcHdr/>
              </w:sdtPr>
              <w:sdtContent>
                <w:r w:rsidR="00F91CC4" w:rsidRPr="00E81CB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F91CC4" w14:paraId="3F4F5167" w14:textId="77777777" w:rsidTr="00F91CC4">
        <w:trPr>
          <w:gridAfter w:val="1"/>
          <w:wAfter w:w="12" w:type="dxa"/>
          <w:cantSplit/>
        </w:trPr>
        <w:tc>
          <w:tcPr>
            <w:tcW w:w="3699" w:type="dxa"/>
            <w:gridSpan w:val="3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3701B4E4" w14:textId="0E473FB0" w:rsidR="00F91CC4" w:rsidRDefault="00000000" w:rsidP="00F91CC4">
            <w:pPr>
              <w:spacing w:after="0" w:line="240" w:lineRule="auto"/>
            </w:pPr>
            <w:sdt>
              <w:sdtPr>
                <w:rPr>
                  <w:color w:val="222222"/>
                  <w:sz w:val="17"/>
                </w:rPr>
                <w:id w:val="-1526092592"/>
                <w:placeholder>
                  <w:docPart w:val="F5DA33A8C197452B81FB3DD6CA797746"/>
                </w:placeholder>
                <w:showingPlcHdr/>
              </w:sdtPr>
              <w:sdtContent>
                <w:r w:rsidR="00F91CC4" w:rsidRPr="00461221">
                  <w:rPr>
                    <w:rStyle w:val="PlaceholderText"/>
                  </w:rPr>
                  <w:t>Click or tap here to enter text.</w:t>
                </w:r>
              </w:sdtContent>
            </w:sdt>
            <w:r w:rsidR="00F91CC4">
              <w:rPr>
                <w:color w:val="222222"/>
                <w:sz w:val="17"/>
              </w:rPr>
              <w:br/>
            </w:r>
          </w:p>
        </w:tc>
        <w:tc>
          <w:tcPr>
            <w:tcW w:w="3593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57856A8A" w14:textId="17FE8977" w:rsidR="00F91CC4" w:rsidRDefault="00000000" w:rsidP="00F91CC4">
            <w:pPr>
              <w:spacing w:after="0" w:line="240" w:lineRule="auto"/>
            </w:pPr>
            <w:sdt>
              <w:sdtPr>
                <w:rPr>
                  <w:color w:val="222222"/>
                  <w:sz w:val="17"/>
                </w:rPr>
                <w:id w:val="29312141"/>
                <w:placeholder>
                  <w:docPart w:val="DB6FB1EDC4DB467680CE13A3C944FFEB"/>
                </w:placeholder>
                <w:showingPlcHdr/>
              </w:sdtPr>
              <w:sdtContent>
                <w:r w:rsidR="00F91CC4" w:rsidRPr="00E81CB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2056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34551690" w14:textId="2555A877" w:rsidR="00F91CC4" w:rsidRDefault="00000000" w:rsidP="00F91CC4">
            <w:pPr>
              <w:spacing w:after="0" w:line="240" w:lineRule="auto"/>
            </w:pPr>
            <w:sdt>
              <w:sdtPr>
                <w:rPr>
                  <w:color w:val="222222"/>
                  <w:sz w:val="17"/>
                </w:rPr>
                <w:id w:val="-265923508"/>
                <w:placeholder>
                  <w:docPart w:val="9D4F00E074764DB38811054C536A8268"/>
                </w:placeholder>
                <w:showingPlcHdr/>
              </w:sdtPr>
              <w:sdtContent>
                <w:r w:rsidR="00F91CC4" w:rsidRPr="00E81CB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F91CC4" w14:paraId="46C2F4CE" w14:textId="77777777" w:rsidTr="00F91CC4">
        <w:trPr>
          <w:gridAfter w:val="1"/>
          <w:wAfter w:w="12" w:type="dxa"/>
          <w:cantSplit/>
        </w:trPr>
        <w:tc>
          <w:tcPr>
            <w:tcW w:w="3699" w:type="dxa"/>
            <w:gridSpan w:val="3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60F2B402" w14:textId="04149887" w:rsidR="00F91CC4" w:rsidRDefault="00000000" w:rsidP="00F91CC4">
            <w:pPr>
              <w:spacing w:after="0" w:line="240" w:lineRule="auto"/>
            </w:pPr>
            <w:sdt>
              <w:sdtPr>
                <w:rPr>
                  <w:color w:val="222222"/>
                  <w:sz w:val="17"/>
                </w:rPr>
                <w:id w:val="-149836692"/>
                <w:placeholder>
                  <w:docPart w:val="7CA8717809224930B4CF72BCCE5760E8"/>
                </w:placeholder>
                <w:showingPlcHdr/>
              </w:sdtPr>
              <w:sdtContent>
                <w:r w:rsidR="00F91CC4" w:rsidRPr="00461221">
                  <w:rPr>
                    <w:rStyle w:val="PlaceholderText"/>
                  </w:rPr>
                  <w:t>Click or tap here to enter text.</w:t>
                </w:r>
              </w:sdtContent>
            </w:sdt>
            <w:r w:rsidR="00F91CC4">
              <w:rPr>
                <w:color w:val="222222"/>
                <w:sz w:val="17"/>
              </w:rPr>
              <w:br/>
            </w:r>
          </w:p>
        </w:tc>
        <w:tc>
          <w:tcPr>
            <w:tcW w:w="3593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59F09787" w14:textId="19FD3BCF" w:rsidR="00F91CC4" w:rsidRDefault="00000000" w:rsidP="00F91CC4">
            <w:pPr>
              <w:spacing w:after="0" w:line="240" w:lineRule="auto"/>
            </w:pPr>
            <w:sdt>
              <w:sdtPr>
                <w:rPr>
                  <w:color w:val="222222"/>
                  <w:sz w:val="17"/>
                </w:rPr>
                <w:id w:val="-1642491427"/>
                <w:placeholder>
                  <w:docPart w:val="B9969A4648914E01827F44C4007C4120"/>
                </w:placeholder>
                <w:showingPlcHdr/>
              </w:sdtPr>
              <w:sdtContent>
                <w:r w:rsidR="00F91CC4" w:rsidRPr="00E81CB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2056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7DF1F7F9" w14:textId="6B41C5D2" w:rsidR="00F91CC4" w:rsidRDefault="00000000" w:rsidP="00F91CC4">
            <w:pPr>
              <w:spacing w:after="0" w:line="240" w:lineRule="auto"/>
            </w:pPr>
            <w:sdt>
              <w:sdtPr>
                <w:rPr>
                  <w:color w:val="222222"/>
                  <w:sz w:val="17"/>
                </w:rPr>
                <w:id w:val="191034213"/>
                <w:placeholder>
                  <w:docPart w:val="176930288E88443CAE47EEAEB6D838A7"/>
                </w:placeholder>
                <w:showingPlcHdr/>
              </w:sdtPr>
              <w:sdtContent>
                <w:r w:rsidR="00F91CC4" w:rsidRPr="00E81CB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F91CC4" w14:paraId="21D9DB89" w14:textId="77777777" w:rsidTr="00F91CC4">
        <w:trPr>
          <w:gridAfter w:val="1"/>
          <w:wAfter w:w="12" w:type="dxa"/>
          <w:cantSplit/>
        </w:trPr>
        <w:tc>
          <w:tcPr>
            <w:tcW w:w="3699" w:type="dxa"/>
            <w:gridSpan w:val="3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40366BA9" w14:textId="02D7B270" w:rsidR="00F91CC4" w:rsidRDefault="00000000" w:rsidP="00F91CC4">
            <w:pPr>
              <w:spacing w:after="0" w:line="240" w:lineRule="auto"/>
            </w:pPr>
            <w:sdt>
              <w:sdtPr>
                <w:rPr>
                  <w:color w:val="222222"/>
                  <w:sz w:val="17"/>
                </w:rPr>
                <w:id w:val="-1002657841"/>
                <w:placeholder>
                  <w:docPart w:val="12155D819962478BA7AA6971DFC6D670"/>
                </w:placeholder>
                <w:showingPlcHdr/>
              </w:sdtPr>
              <w:sdtContent>
                <w:r w:rsidR="00F91CC4" w:rsidRPr="00461221">
                  <w:rPr>
                    <w:rStyle w:val="PlaceholderText"/>
                  </w:rPr>
                  <w:t>Click or tap here to enter text.</w:t>
                </w:r>
              </w:sdtContent>
            </w:sdt>
            <w:r w:rsidR="00F91CC4">
              <w:rPr>
                <w:color w:val="222222"/>
                <w:sz w:val="17"/>
              </w:rPr>
              <w:br/>
            </w:r>
          </w:p>
        </w:tc>
        <w:tc>
          <w:tcPr>
            <w:tcW w:w="3593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02CD10A9" w14:textId="2F8FC3E0" w:rsidR="00F91CC4" w:rsidRDefault="00000000" w:rsidP="00F91CC4">
            <w:pPr>
              <w:spacing w:after="0" w:line="240" w:lineRule="auto"/>
            </w:pPr>
            <w:sdt>
              <w:sdtPr>
                <w:rPr>
                  <w:color w:val="222222"/>
                  <w:sz w:val="17"/>
                </w:rPr>
                <w:id w:val="-914472648"/>
                <w:placeholder>
                  <w:docPart w:val="A90CEB68B2354151A720DA89CB7856E5"/>
                </w:placeholder>
                <w:showingPlcHdr/>
              </w:sdtPr>
              <w:sdtContent>
                <w:r w:rsidR="00F91CC4" w:rsidRPr="00E81CB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2056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1004C3D7" w14:textId="73955028" w:rsidR="00F91CC4" w:rsidRDefault="00000000" w:rsidP="00F91CC4">
            <w:pPr>
              <w:spacing w:after="0" w:line="240" w:lineRule="auto"/>
            </w:pPr>
            <w:sdt>
              <w:sdtPr>
                <w:rPr>
                  <w:color w:val="222222"/>
                  <w:sz w:val="17"/>
                </w:rPr>
                <w:id w:val="-1922089158"/>
                <w:placeholder>
                  <w:docPart w:val="A72AC2B7C1264073A275669FED353A33"/>
                </w:placeholder>
                <w:showingPlcHdr/>
              </w:sdtPr>
              <w:sdtContent>
                <w:r w:rsidR="00F91CC4" w:rsidRPr="00E81CB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9150F" w14:paraId="04F6C078" w14:textId="77777777" w:rsidTr="00F91CC4">
        <w:tblPrEx>
          <w:jc w:val="center"/>
          <w:tblInd w:w="0" w:type="dxa"/>
        </w:tblPrEx>
        <w:trPr>
          <w:gridBefore w:val="1"/>
          <w:wBefore w:w="6" w:type="dxa"/>
          <w:cantSplit/>
          <w:tblHeader/>
          <w:jc w:val="center"/>
        </w:trPr>
        <w:tc>
          <w:tcPr>
            <w:tcW w:w="2296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3F5"/>
          </w:tcPr>
          <w:p w14:paraId="3DC7EBBD" w14:textId="77777777" w:rsidR="0009150F" w:rsidRDefault="00BD2FBA">
            <w:pPr>
              <w:spacing w:after="0" w:line="240" w:lineRule="auto"/>
            </w:pPr>
            <w:r>
              <w:rPr>
                <w:b/>
                <w:color w:val="222222"/>
                <w:sz w:val="19"/>
              </w:rPr>
              <w:t>Core Availability Hours</w:t>
            </w:r>
          </w:p>
        </w:tc>
        <w:tc>
          <w:tcPr>
            <w:tcW w:w="7058" w:type="dxa"/>
            <w:gridSpan w:val="4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39AB8AC0" w14:textId="6AE61646" w:rsidR="0009150F" w:rsidRDefault="00BD2FBA">
            <w:pPr>
              <w:spacing w:after="0" w:line="240" w:lineRule="auto"/>
            </w:pPr>
            <w:r>
              <w:rPr>
                <w:color w:val="222222"/>
                <w:sz w:val="19"/>
              </w:rPr>
              <w:t xml:space="preserve"> </w:t>
            </w:r>
            <w:sdt>
              <w:sdtPr>
                <w:rPr>
                  <w:color w:val="222222"/>
                  <w:sz w:val="19"/>
                </w:rPr>
                <w:id w:val="657115808"/>
                <w:placeholder>
                  <w:docPart w:val="DefaultPlaceholder_-1854013440"/>
                </w:placeholder>
                <w:showingPlcHdr/>
              </w:sdtPr>
              <w:sdtContent>
                <w:r w:rsidR="00F91CC4" w:rsidRPr="0046122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9150F" w14:paraId="28394882" w14:textId="77777777" w:rsidTr="00F91CC4">
        <w:tblPrEx>
          <w:jc w:val="center"/>
          <w:tblInd w:w="0" w:type="dxa"/>
        </w:tblPrEx>
        <w:trPr>
          <w:gridBefore w:val="1"/>
          <w:wBefore w:w="6" w:type="dxa"/>
          <w:cantSplit/>
          <w:jc w:val="center"/>
        </w:trPr>
        <w:tc>
          <w:tcPr>
            <w:tcW w:w="2296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3F5"/>
          </w:tcPr>
          <w:p w14:paraId="09427179" w14:textId="77777777" w:rsidR="0009150F" w:rsidRDefault="00BD2FBA">
            <w:pPr>
              <w:spacing w:after="0" w:line="240" w:lineRule="auto"/>
            </w:pPr>
            <w:r>
              <w:rPr>
                <w:b/>
                <w:color w:val="222222"/>
                <w:sz w:val="19"/>
              </w:rPr>
              <w:t>Expected Response Time</w:t>
            </w:r>
          </w:p>
        </w:tc>
        <w:tc>
          <w:tcPr>
            <w:tcW w:w="7058" w:type="dxa"/>
            <w:gridSpan w:val="4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5507D312" w14:textId="04034D0E" w:rsidR="0009150F" w:rsidRDefault="00BD2FBA">
            <w:pPr>
              <w:spacing w:after="0" w:line="240" w:lineRule="auto"/>
            </w:pPr>
            <w:r>
              <w:rPr>
                <w:color w:val="222222"/>
                <w:sz w:val="19"/>
              </w:rPr>
              <w:t>Email:</w:t>
            </w:r>
            <w:r w:rsidR="00F91CC4">
              <w:rPr>
                <w:color w:val="222222"/>
                <w:sz w:val="19"/>
              </w:rPr>
              <w:t xml:space="preserve"> </w:t>
            </w:r>
            <w:sdt>
              <w:sdtPr>
                <w:rPr>
                  <w:color w:val="222222"/>
                  <w:sz w:val="19"/>
                </w:rPr>
                <w:id w:val="1597910554"/>
                <w:placeholder>
                  <w:docPart w:val="DefaultPlaceholder_-1854013440"/>
                </w:placeholder>
                <w:showingPlcHdr/>
              </w:sdtPr>
              <w:sdtContent>
                <w:r w:rsidR="00F91CC4" w:rsidRPr="00461221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color w:val="222222"/>
                <w:sz w:val="19"/>
              </w:rPr>
              <w:t xml:space="preserve">   Teams/Phone: </w:t>
            </w:r>
            <w:sdt>
              <w:sdtPr>
                <w:rPr>
                  <w:color w:val="222222"/>
                  <w:sz w:val="19"/>
                </w:rPr>
                <w:id w:val="-1692757660"/>
                <w:placeholder>
                  <w:docPart w:val="DefaultPlaceholder_-1854013440"/>
                </w:placeholder>
                <w:showingPlcHdr/>
              </w:sdtPr>
              <w:sdtContent>
                <w:r w:rsidR="00F91CC4" w:rsidRPr="0046122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9150F" w14:paraId="56725DAC" w14:textId="77777777" w:rsidTr="00F91CC4">
        <w:tblPrEx>
          <w:jc w:val="center"/>
          <w:tblInd w:w="0" w:type="dxa"/>
        </w:tblPrEx>
        <w:trPr>
          <w:gridBefore w:val="1"/>
          <w:wBefore w:w="6" w:type="dxa"/>
          <w:cantSplit/>
          <w:jc w:val="center"/>
        </w:trPr>
        <w:tc>
          <w:tcPr>
            <w:tcW w:w="2296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3F5"/>
          </w:tcPr>
          <w:p w14:paraId="389F7D71" w14:textId="77777777" w:rsidR="0009150F" w:rsidRDefault="00BD2FBA">
            <w:pPr>
              <w:spacing w:after="0" w:line="240" w:lineRule="auto"/>
            </w:pPr>
            <w:r>
              <w:rPr>
                <w:b/>
                <w:color w:val="222222"/>
                <w:sz w:val="19"/>
              </w:rPr>
              <w:t>Meeting Expectations</w:t>
            </w:r>
          </w:p>
        </w:tc>
        <w:tc>
          <w:tcPr>
            <w:tcW w:w="7058" w:type="dxa"/>
            <w:gridSpan w:val="4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599C2633" w14:textId="30D664F0" w:rsidR="0009150F" w:rsidRDefault="00BD2FBA">
            <w:pPr>
              <w:spacing w:after="0" w:line="240" w:lineRule="auto"/>
            </w:pPr>
            <w:r>
              <w:rPr>
                <w:color w:val="222222"/>
                <w:sz w:val="19"/>
              </w:rPr>
              <w:t xml:space="preserve"> </w:t>
            </w:r>
            <w:sdt>
              <w:sdtPr>
                <w:rPr>
                  <w:color w:val="222222"/>
                  <w:sz w:val="19"/>
                </w:rPr>
                <w:id w:val="1821692180"/>
                <w:placeholder>
                  <w:docPart w:val="DefaultPlaceholder_-1854013440"/>
                </w:placeholder>
                <w:showingPlcHdr/>
              </w:sdtPr>
              <w:sdtContent>
                <w:r w:rsidR="00F91CC4" w:rsidRPr="0046122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9150F" w14:paraId="25688847" w14:textId="77777777" w:rsidTr="00F91CC4">
        <w:tblPrEx>
          <w:jc w:val="center"/>
          <w:tblInd w:w="0" w:type="dxa"/>
        </w:tblPrEx>
        <w:trPr>
          <w:gridBefore w:val="1"/>
          <w:wBefore w:w="6" w:type="dxa"/>
          <w:cantSplit/>
          <w:jc w:val="center"/>
        </w:trPr>
        <w:tc>
          <w:tcPr>
            <w:tcW w:w="2296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3F5"/>
          </w:tcPr>
          <w:p w14:paraId="7C8085F1" w14:textId="77777777" w:rsidR="0009150F" w:rsidRDefault="00BD2FBA">
            <w:pPr>
              <w:spacing w:after="0" w:line="240" w:lineRule="auto"/>
            </w:pPr>
            <w:r>
              <w:rPr>
                <w:b/>
                <w:color w:val="222222"/>
                <w:sz w:val="19"/>
              </w:rPr>
              <w:t>Service / Coverage Plan</w:t>
            </w:r>
          </w:p>
        </w:tc>
        <w:tc>
          <w:tcPr>
            <w:tcW w:w="7058" w:type="dxa"/>
            <w:gridSpan w:val="4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699F756B" w14:textId="67878745" w:rsidR="0009150F" w:rsidRDefault="00BD2FBA">
            <w:pPr>
              <w:spacing w:after="0" w:line="240" w:lineRule="auto"/>
            </w:pPr>
            <w:r>
              <w:rPr>
                <w:color w:val="222222"/>
                <w:sz w:val="19"/>
              </w:rPr>
              <w:t xml:space="preserve"> </w:t>
            </w:r>
            <w:sdt>
              <w:sdtPr>
                <w:rPr>
                  <w:color w:val="222222"/>
                  <w:sz w:val="19"/>
                </w:rPr>
                <w:id w:val="-719206235"/>
                <w:placeholder>
                  <w:docPart w:val="DefaultPlaceholder_-1854013440"/>
                </w:placeholder>
                <w:showingPlcHdr/>
              </w:sdtPr>
              <w:sdtContent>
                <w:r w:rsidR="00F91CC4" w:rsidRPr="0046122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3640CFAE" w14:textId="77777777" w:rsidR="0009150F" w:rsidRDefault="00BD2FBA">
      <w:r>
        <w:br w:type="page"/>
      </w:r>
    </w:p>
    <w:p w14:paraId="6F6C0F6A" w14:textId="77777777" w:rsidR="0009150F" w:rsidRDefault="00BD2FBA" w:rsidP="007E31C1">
      <w:pPr>
        <w:keepNext/>
        <w:shd w:val="clear" w:color="auto" w:fill="862633"/>
        <w:spacing w:before="180" w:after="100"/>
      </w:pPr>
      <w:r>
        <w:rPr>
          <w:b/>
          <w:color w:val="FFFFFF"/>
          <w:sz w:val="23"/>
        </w:rPr>
        <w:t xml:space="preserve">  5. TECHNOLOGY, SECURITY, EQUIPMENT, AND WORKSPACE</w:t>
      </w:r>
    </w:p>
    <w:p w14:paraId="1F98411B" w14:textId="3ECB303A" w:rsidR="0009150F" w:rsidRDefault="00000000">
      <w:pPr>
        <w:spacing w:after="60"/>
      </w:pPr>
      <w:sdt>
        <w:sdtPr>
          <w:rPr>
            <w:color w:val="222222"/>
            <w:sz w:val="18"/>
          </w:rPr>
          <w:id w:val="20715432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169C">
            <w:rPr>
              <w:rFonts w:ascii="MS Gothic" w:eastAsia="MS Gothic" w:hAnsi="MS Gothic" w:hint="eastAsia"/>
              <w:color w:val="222222"/>
              <w:sz w:val="18"/>
            </w:rPr>
            <w:t>☐</w:t>
          </w:r>
        </w:sdtContent>
      </w:sdt>
      <w:r w:rsidR="00BD2FBA">
        <w:rPr>
          <w:color w:val="222222"/>
          <w:sz w:val="18"/>
        </w:rPr>
        <w:t xml:space="preserve"> University-issued computer</w:t>
      </w:r>
      <w:r w:rsidR="00BD2FBA">
        <w:t xml:space="preserve">    </w:t>
      </w:r>
      <w:sdt>
        <w:sdtPr>
          <w:id w:val="10186590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169C">
            <w:rPr>
              <w:rFonts w:ascii="MS Gothic" w:eastAsia="MS Gothic" w:hAnsi="MS Gothic" w:hint="eastAsia"/>
            </w:rPr>
            <w:t>☐</w:t>
          </w:r>
        </w:sdtContent>
      </w:sdt>
      <w:r w:rsidR="00BD2FBA">
        <w:rPr>
          <w:color w:val="222222"/>
          <w:sz w:val="18"/>
        </w:rPr>
        <w:t xml:space="preserve"> Monitor</w:t>
      </w:r>
      <w:r w:rsidR="00BD2FBA">
        <w:t xml:space="preserve">    </w:t>
      </w:r>
      <w:sdt>
        <w:sdtPr>
          <w:id w:val="-9876298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1030">
            <w:rPr>
              <w:rFonts w:ascii="MS Gothic" w:eastAsia="MS Gothic" w:hAnsi="MS Gothic" w:hint="eastAsia"/>
            </w:rPr>
            <w:t>☐</w:t>
          </w:r>
        </w:sdtContent>
      </w:sdt>
      <w:r w:rsidR="00BD2FBA">
        <w:rPr>
          <w:color w:val="222222"/>
          <w:sz w:val="18"/>
        </w:rPr>
        <w:t xml:space="preserve"> Docking station</w:t>
      </w:r>
      <w:r w:rsidR="00BD2FBA">
        <w:t xml:space="preserve">    </w:t>
      </w:r>
      <w:sdt>
        <w:sdtPr>
          <w:id w:val="-14423736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1030">
            <w:rPr>
              <w:rFonts w:ascii="MS Gothic" w:eastAsia="MS Gothic" w:hAnsi="MS Gothic" w:hint="eastAsia"/>
            </w:rPr>
            <w:t>☐</w:t>
          </w:r>
        </w:sdtContent>
      </w:sdt>
      <w:r w:rsidR="00BD2FBA">
        <w:rPr>
          <w:color w:val="222222"/>
          <w:sz w:val="18"/>
        </w:rPr>
        <w:t xml:space="preserve"> Headset</w:t>
      </w:r>
      <w:r w:rsidR="00BD2FBA">
        <w:t xml:space="preserve">    </w:t>
      </w:r>
      <w:sdt>
        <w:sdtPr>
          <w:id w:val="-20195285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1030">
            <w:rPr>
              <w:rFonts w:ascii="MS Gothic" w:eastAsia="MS Gothic" w:hAnsi="MS Gothic" w:hint="eastAsia"/>
            </w:rPr>
            <w:t>☐</w:t>
          </w:r>
        </w:sdtContent>
      </w:sdt>
      <w:r w:rsidR="00BD2FBA">
        <w:rPr>
          <w:color w:val="222222"/>
          <w:sz w:val="18"/>
        </w:rPr>
        <w:t xml:space="preserve"> Other: </w:t>
      </w:r>
      <w:sdt>
        <w:sdtPr>
          <w:rPr>
            <w:color w:val="222222"/>
            <w:sz w:val="18"/>
          </w:rPr>
          <w:id w:val="-1798435509"/>
          <w:placeholder>
            <w:docPart w:val="DefaultPlaceholder_-1854013440"/>
          </w:placeholder>
          <w:showingPlcHdr/>
        </w:sdtPr>
        <w:sdtContent>
          <w:r w:rsidR="00341030" w:rsidRPr="00461221">
            <w:rPr>
              <w:rStyle w:val="PlaceholderText"/>
            </w:rPr>
            <w:t>Click or tap here to enter text.</w:t>
          </w:r>
        </w:sdtContent>
      </w:sdt>
    </w:p>
    <w:tbl>
      <w:tblPr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2300"/>
        <w:gridCol w:w="7060"/>
      </w:tblGrid>
      <w:tr w:rsidR="0009150F" w14:paraId="1924F066" w14:textId="77777777">
        <w:trPr>
          <w:cantSplit/>
          <w:tblHeader/>
          <w:jc w:val="center"/>
        </w:trPr>
        <w:tc>
          <w:tcPr>
            <w:tcW w:w="230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3F5"/>
          </w:tcPr>
          <w:p w14:paraId="2F067C5B" w14:textId="77777777" w:rsidR="0009150F" w:rsidRDefault="00BD2FBA">
            <w:pPr>
              <w:spacing w:after="0" w:line="240" w:lineRule="auto"/>
            </w:pPr>
            <w:r>
              <w:rPr>
                <w:b/>
                <w:color w:val="222222"/>
                <w:sz w:val="19"/>
              </w:rPr>
              <w:t>Equipment Asset Number(s)</w:t>
            </w:r>
          </w:p>
        </w:tc>
        <w:tc>
          <w:tcPr>
            <w:tcW w:w="70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26DD76D7" w14:textId="27028F1C" w:rsidR="0009150F" w:rsidRDefault="00BD2FBA">
            <w:pPr>
              <w:spacing w:after="0" w:line="240" w:lineRule="auto"/>
            </w:pPr>
            <w:r>
              <w:rPr>
                <w:color w:val="222222"/>
                <w:sz w:val="19"/>
              </w:rPr>
              <w:t xml:space="preserve"> </w:t>
            </w:r>
            <w:sdt>
              <w:sdtPr>
                <w:rPr>
                  <w:color w:val="222222"/>
                  <w:sz w:val="19"/>
                </w:rPr>
                <w:id w:val="1658809656"/>
                <w:placeholder>
                  <w:docPart w:val="DefaultPlaceholder_-1854013440"/>
                </w:placeholder>
                <w:showingPlcHdr/>
              </w:sdtPr>
              <w:sdtContent>
                <w:r w:rsidR="00341030" w:rsidRPr="0046122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9150F" w14:paraId="5F9ADC8B" w14:textId="77777777">
        <w:trPr>
          <w:cantSplit/>
          <w:jc w:val="center"/>
        </w:trPr>
        <w:tc>
          <w:tcPr>
            <w:tcW w:w="230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3F5"/>
          </w:tcPr>
          <w:p w14:paraId="392727D0" w14:textId="77777777" w:rsidR="0009150F" w:rsidRDefault="00BD2FBA">
            <w:pPr>
              <w:spacing w:after="0" w:line="240" w:lineRule="auto"/>
            </w:pPr>
            <w:r>
              <w:rPr>
                <w:b/>
                <w:color w:val="222222"/>
                <w:sz w:val="19"/>
              </w:rPr>
              <w:t>Secure Access Method</w:t>
            </w:r>
          </w:p>
        </w:tc>
        <w:tc>
          <w:tcPr>
            <w:tcW w:w="70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2E2F173A" w14:textId="0CBBD983" w:rsidR="0009150F" w:rsidRDefault="00000000">
            <w:pPr>
              <w:spacing w:after="0" w:line="240" w:lineRule="auto"/>
            </w:pPr>
            <w:sdt>
              <w:sdtPr>
                <w:rPr>
                  <w:color w:val="222222"/>
                  <w:sz w:val="19"/>
                </w:rPr>
                <w:id w:val="769824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030">
                  <w:rPr>
                    <w:rFonts w:ascii="MS Gothic" w:eastAsia="MS Gothic" w:hAnsi="MS Gothic" w:hint="eastAsia"/>
                    <w:color w:val="222222"/>
                    <w:sz w:val="19"/>
                  </w:rPr>
                  <w:t>☐</w:t>
                </w:r>
              </w:sdtContent>
            </w:sdt>
            <w:r w:rsidR="00BD2FBA">
              <w:rPr>
                <w:color w:val="222222"/>
                <w:sz w:val="19"/>
              </w:rPr>
              <w:t xml:space="preserve"> VPN     </w:t>
            </w:r>
            <w:sdt>
              <w:sdtPr>
                <w:rPr>
                  <w:color w:val="222222"/>
                  <w:sz w:val="19"/>
                </w:rPr>
                <w:id w:val="945967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030">
                  <w:rPr>
                    <w:rFonts w:ascii="MS Gothic" w:eastAsia="MS Gothic" w:hAnsi="MS Gothic" w:hint="eastAsia"/>
                    <w:color w:val="222222"/>
                    <w:sz w:val="19"/>
                  </w:rPr>
                  <w:t>☐</w:t>
                </w:r>
              </w:sdtContent>
            </w:sdt>
            <w:r w:rsidR="00BD2FBA">
              <w:rPr>
                <w:color w:val="222222"/>
                <w:sz w:val="19"/>
              </w:rPr>
              <w:t xml:space="preserve"> Approved cloud system     </w:t>
            </w:r>
            <w:sdt>
              <w:sdtPr>
                <w:rPr>
                  <w:color w:val="222222"/>
                  <w:sz w:val="19"/>
                </w:rPr>
                <w:id w:val="1557664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030">
                  <w:rPr>
                    <w:rFonts w:ascii="MS Gothic" w:eastAsia="MS Gothic" w:hAnsi="MS Gothic" w:hint="eastAsia"/>
                    <w:color w:val="222222"/>
                    <w:sz w:val="19"/>
                  </w:rPr>
                  <w:t>☐</w:t>
                </w:r>
              </w:sdtContent>
            </w:sdt>
            <w:r w:rsidR="00BD2FBA">
              <w:rPr>
                <w:color w:val="222222"/>
                <w:sz w:val="19"/>
              </w:rPr>
              <w:t xml:space="preserve"> Other: </w:t>
            </w:r>
            <w:sdt>
              <w:sdtPr>
                <w:rPr>
                  <w:color w:val="222222"/>
                  <w:sz w:val="19"/>
                </w:rPr>
                <w:id w:val="-531801755"/>
                <w:placeholder>
                  <w:docPart w:val="DefaultPlaceholder_-1854013440"/>
                </w:placeholder>
                <w:showingPlcHdr/>
              </w:sdtPr>
              <w:sdtContent>
                <w:r w:rsidR="00341030" w:rsidRPr="0046122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9150F" w14:paraId="069997CF" w14:textId="77777777">
        <w:trPr>
          <w:cantSplit/>
          <w:jc w:val="center"/>
        </w:trPr>
        <w:tc>
          <w:tcPr>
            <w:tcW w:w="230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3F5"/>
          </w:tcPr>
          <w:p w14:paraId="530B9D7B" w14:textId="77777777" w:rsidR="0009150F" w:rsidRDefault="00BD2FBA">
            <w:pPr>
              <w:spacing w:after="0" w:line="240" w:lineRule="auto"/>
            </w:pPr>
            <w:r>
              <w:rPr>
                <w:b/>
                <w:color w:val="222222"/>
                <w:sz w:val="19"/>
              </w:rPr>
              <w:t>Internet / Phone</w:t>
            </w:r>
          </w:p>
        </w:tc>
        <w:tc>
          <w:tcPr>
            <w:tcW w:w="70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7FA5617B" w14:textId="34DD83B6" w:rsidR="0009150F" w:rsidRDefault="00BD2FBA">
            <w:pPr>
              <w:spacing w:after="0" w:line="240" w:lineRule="auto"/>
            </w:pPr>
            <w:r>
              <w:rPr>
                <w:color w:val="222222"/>
                <w:sz w:val="19"/>
              </w:rPr>
              <w:t xml:space="preserve">Employee confirms reliable connectivity:  </w:t>
            </w:r>
            <w:sdt>
              <w:sdtPr>
                <w:rPr>
                  <w:color w:val="222222"/>
                  <w:sz w:val="19"/>
                </w:rPr>
                <w:id w:val="266280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030">
                  <w:rPr>
                    <w:rFonts w:ascii="MS Gothic" w:eastAsia="MS Gothic" w:hAnsi="MS Gothic" w:hint="eastAsia"/>
                    <w:color w:val="222222"/>
                    <w:sz w:val="19"/>
                  </w:rPr>
                  <w:t>☐</w:t>
                </w:r>
              </w:sdtContent>
            </w:sdt>
            <w:r>
              <w:rPr>
                <w:color w:val="222222"/>
                <w:sz w:val="19"/>
              </w:rPr>
              <w:t xml:space="preserve"> Yes  </w:t>
            </w:r>
            <w:sdt>
              <w:sdtPr>
                <w:rPr>
                  <w:color w:val="222222"/>
                  <w:sz w:val="19"/>
                </w:rPr>
                <w:id w:val="-538044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030">
                  <w:rPr>
                    <w:rFonts w:ascii="MS Gothic" w:eastAsia="MS Gothic" w:hAnsi="MS Gothic" w:hint="eastAsia"/>
                    <w:color w:val="222222"/>
                    <w:sz w:val="19"/>
                  </w:rPr>
                  <w:t>☐</w:t>
                </w:r>
              </w:sdtContent>
            </w:sdt>
            <w:r>
              <w:rPr>
                <w:color w:val="222222"/>
                <w:sz w:val="19"/>
              </w:rPr>
              <w:t xml:space="preserve"> No</w:t>
            </w:r>
          </w:p>
        </w:tc>
      </w:tr>
      <w:tr w:rsidR="0009150F" w14:paraId="4FF26295" w14:textId="77777777">
        <w:trPr>
          <w:cantSplit/>
          <w:jc w:val="center"/>
        </w:trPr>
        <w:tc>
          <w:tcPr>
            <w:tcW w:w="230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3F5"/>
          </w:tcPr>
          <w:p w14:paraId="4D6197DF" w14:textId="77777777" w:rsidR="0009150F" w:rsidRDefault="00BD2FBA">
            <w:pPr>
              <w:spacing w:after="0" w:line="240" w:lineRule="auto"/>
            </w:pPr>
            <w:r>
              <w:rPr>
                <w:b/>
                <w:color w:val="222222"/>
                <w:sz w:val="19"/>
              </w:rPr>
              <w:t>Workspace</w:t>
            </w:r>
          </w:p>
        </w:tc>
        <w:tc>
          <w:tcPr>
            <w:tcW w:w="70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340C1E47" w14:textId="7DA7F9E5" w:rsidR="0009150F" w:rsidRDefault="00BD2FBA">
            <w:pPr>
              <w:spacing w:after="0" w:line="240" w:lineRule="auto"/>
            </w:pPr>
            <w:r>
              <w:rPr>
                <w:color w:val="222222"/>
                <w:sz w:val="19"/>
              </w:rPr>
              <w:t xml:space="preserve">Employee confirms a safe, private, professional workspace:  </w:t>
            </w:r>
            <w:sdt>
              <w:sdtPr>
                <w:rPr>
                  <w:color w:val="222222"/>
                  <w:sz w:val="19"/>
                </w:rPr>
                <w:id w:val="-1027488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030">
                  <w:rPr>
                    <w:rFonts w:ascii="MS Gothic" w:eastAsia="MS Gothic" w:hAnsi="MS Gothic" w:hint="eastAsia"/>
                    <w:color w:val="222222"/>
                    <w:sz w:val="19"/>
                  </w:rPr>
                  <w:t>☐</w:t>
                </w:r>
              </w:sdtContent>
            </w:sdt>
            <w:r>
              <w:rPr>
                <w:color w:val="222222"/>
                <w:sz w:val="19"/>
              </w:rPr>
              <w:t xml:space="preserve"> Yes  </w:t>
            </w:r>
            <w:sdt>
              <w:sdtPr>
                <w:rPr>
                  <w:color w:val="222222"/>
                  <w:sz w:val="19"/>
                </w:rPr>
                <w:id w:val="1144314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030">
                  <w:rPr>
                    <w:rFonts w:ascii="MS Gothic" w:eastAsia="MS Gothic" w:hAnsi="MS Gothic" w:hint="eastAsia"/>
                    <w:color w:val="222222"/>
                    <w:sz w:val="19"/>
                  </w:rPr>
                  <w:t>☐</w:t>
                </w:r>
              </w:sdtContent>
            </w:sdt>
            <w:r>
              <w:rPr>
                <w:color w:val="222222"/>
                <w:sz w:val="19"/>
              </w:rPr>
              <w:t xml:space="preserve"> No</w:t>
            </w:r>
          </w:p>
        </w:tc>
      </w:tr>
    </w:tbl>
    <w:p w14:paraId="20BCD156" w14:textId="77777777" w:rsidR="0009150F" w:rsidRPr="007E31C1" w:rsidRDefault="00BD2FBA">
      <w:pPr>
        <w:keepNext/>
        <w:spacing w:before="120" w:after="40"/>
        <w:rPr>
          <w:color w:val="862633"/>
        </w:rPr>
      </w:pPr>
      <w:r w:rsidRPr="007E31C1">
        <w:rPr>
          <w:b/>
          <w:color w:val="862633"/>
          <w:sz w:val="19"/>
        </w:rPr>
        <w:t>Employee confirms that:</w:t>
      </w:r>
    </w:p>
    <w:p w14:paraId="06B7969B" w14:textId="22CED55E" w:rsidR="0009150F" w:rsidRDefault="00000000">
      <w:pPr>
        <w:spacing w:after="60"/>
        <w:ind w:left="360" w:hanging="259"/>
      </w:pPr>
      <w:sdt>
        <w:sdtPr>
          <w:rPr>
            <w:color w:val="222222"/>
            <w:sz w:val="18"/>
          </w:rPr>
          <w:id w:val="-9271860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1030">
            <w:rPr>
              <w:rFonts w:ascii="MS Gothic" w:eastAsia="MS Gothic" w:hAnsi="MS Gothic" w:hint="eastAsia"/>
              <w:color w:val="222222"/>
              <w:sz w:val="18"/>
            </w:rPr>
            <w:t>☐</w:t>
          </w:r>
        </w:sdtContent>
      </w:sdt>
      <w:r w:rsidR="00BD2FBA">
        <w:rPr>
          <w:color w:val="222222"/>
          <w:sz w:val="18"/>
        </w:rPr>
        <w:t xml:space="preserve"> University and UNC System information-security requirements will be followed.</w:t>
      </w:r>
    </w:p>
    <w:p w14:paraId="4C195AED" w14:textId="58A47238" w:rsidR="0009150F" w:rsidRDefault="00000000">
      <w:pPr>
        <w:spacing w:after="60"/>
        <w:ind w:left="360" w:hanging="259"/>
      </w:pPr>
      <w:sdt>
        <w:sdtPr>
          <w:rPr>
            <w:color w:val="222222"/>
            <w:sz w:val="18"/>
          </w:rPr>
          <w:id w:val="-294145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1030">
            <w:rPr>
              <w:rFonts w:ascii="MS Gothic" w:eastAsia="MS Gothic" w:hAnsi="MS Gothic" w:hint="eastAsia"/>
              <w:color w:val="222222"/>
              <w:sz w:val="18"/>
            </w:rPr>
            <w:t>☐</w:t>
          </w:r>
        </w:sdtContent>
      </w:sdt>
      <w:r w:rsidR="00BD2FBA">
        <w:rPr>
          <w:color w:val="222222"/>
          <w:sz w:val="18"/>
        </w:rPr>
        <w:t xml:space="preserve"> Sensitive or restricted data will not be processed or stored on personally owned devices.</w:t>
      </w:r>
    </w:p>
    <w:p w14:paraId="03C20CCB" w14:textId="16B89CFF" w:rsidR="0009150F" w:rsidRDefault="00000000">
      <w:pPr>
        <w:spacing w:after="60"/>
        <w:ind w:left="360" w:hanging="259"/>
      </w:pPr>
      <w:sdt>
        <w:sdtPr>
          <w:rPr>
            <w:color w:val="222222"/>
            <w:sz w:val="18"/>
          </w:rPr>
          <w:id w:val="-4016804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1030">
            <w:rPr>
              <w:rFonts w:ascii="MS Gothic" w:eastAsia="MS Gothic" w:hAnsi="MS Gothic" w:hint="eastAsia"/>
              <w:color w:val="222222"/>
              <w:sz w:val="18"/>
            </w:rPr>
            <w:t>☐</w:t>
          </w:r>
        </w:sdtContent>
      </w:sdt>
      <w:r w:rsidR="00BD2FBA">
        <w:rPr>
          <w:color w:val="222222"/>
          <w:sz w:val="18"/>
        </w:rPr>
        <w:t xml:space="preserve"> University equipment will be safeguarded, used only as authorized, and returned when the arrangement or employment ends.</w:t>
      </w:r>
    </w:p>
    <w:p w14:paraId="4671814A" w14:textId="18746820" w:rsidR="0009150F" w:rsidRDefault="00000000">
      <w:pPr>
        <w:spacing w:after="60"/>
        <w:ind w:left="360" w:hanging="259"/>
      </w:pPr>
      <w:sdt>
        <w:sdtPr>
          <w:rPr>
            <w:color w:val="222222"/>
            <w:sz w:val="18"/>
          </w:rPr>
          <w:id w:val="11226562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1030">
            <w:rPr>
              <w:rFonts w:ascii="MS Gothic" w:eastAsia="MS Gothic" w:hAnsi="MS Gothic" w:hint="eastAsia"/>
              <w:color w:val="222222"/>
              <w:sz w:val="18"/>
            </w:rPr>
            <w:t>☐</w:t>
          </w:r>
        </w:sdtContent>
      </w:sdt>
      <w:r w:rsidR="00BD2FBA">
        <w:rPr>
          <w:color w:val="222222"/>
          <w:sz w:val="18"/>
        </w:rPr>
        <w:t xml:space="preserve"> Work-related injuries will be reported promptly; workers' compensation applies only to injuries arising in the course and scope of employment.</w:t>
      </w:r>
    </w:p>
    <w:p w14:paraId="0B79E0E8" w14:textId="77777777" w:rsidR="0009150F" w:rsidRDefault="00BD2FBA" w:rsidP="007E31C1">
      <w:pPr>
        <w:keepNext/>
        <w:shd w:val="clear" w:color="auto" w:fill="862633"/>
        <w:spacing w:before="180" w:after="100"/>
      </w:pPr>
      <w:r>
        <w:rPr>
          <w:b/>
          <w:color w:val="FFFFFF"/>
          <w:sz w:val="23"/>
        </w:rPr>
        <w:t xml:space="preserve">  6. TERMS AND EMPLOYEE ACKNOWLEDGMENT</w:t>
      </w:r>
    </w:p>
    <w:p w14:paraId="5DB5E2C5" w14:textId="77777777" w:rsidR="0009150F" w:rsidRDefault="00BD2FBA">
      <w:pPr>
        <w:pStyle w:val="ListNumber"/>
        <w:spacing w:after="50" w:line="240" w:lineRule="auto"/>
      </w:pPr>
      <w:r>
        <w:rPr>
          <w:color w:val="222222"/>
          <w:sz w:val="17"/>
        </w:rPr>
        <w:t>This arrangement is discretionary and does not create a right, guarantee, entitlement, or precedent for other employees.</w:t>
      </w:r>
    </w:p>
    <w:p w14:paraId="25C98C24" w14:textId="77777777" w:rsidR="0009150F" w:rsidRDefault="00BD2FBA">
      <w:pPr>
        <w:pStyle w:val="ListNumber"/>
        <w:spacing w:after="50" w:line="240" w:lineRule="auto"/>
      </w:pPr>
      <w:r>
        <w:rPr>
          <w:color w:val="222222"/>
          <w:sz w:val="17"/>
        </w:rPr>
        <w:t>The employee's assigned on-site University work location remains the official duty station.</w:t>
      </w:r>
    </w:p>
    <w:p w14:paraId="4011FC1F" w14:textId="77777777" w:rsidR="0009150F" w:rsidRDefault="00BD2FBA">
      <w:pPr>
        <w:pStyle w:val="ListNumber"/>
        <w:spacing w:after="50" w:line="240" w:lineRule="auto"/>
      </w:pPr>
      <w:r>
        <w:rPr>
          <w:color w:val="222222"/>
          <w:sz w:val="17"/>
        </w:rPr>
        <w:t xml:space="preserve">The arrangement does not change the employee's duties, compensation, work hours, performance standards, conduct expectations, or obligation to comply with </w:t>
      </w:r>
      <w:proofErr w:type="gramStart"/>
      <w:r>
        <w:rPr>
          <w:color w:val="222222"/>
          <w:sz w:val="17"/>
        </w:rPr>
        <w:t>University</w:t>
      </w:r>
      <w:proofErr w:type="gramEnd"/>
      <w:r>
        <w:rPr>
          <w:color w:val="222222"/>
          <w:sz w:val="17"/>
        </w:rPr>
        <w:t xml:space="preserve"> policies.</w:t>
      </w:r>
    </w:p>
    <w:p w14:paraId="0D021033" w14:textId="77777777" w:rsidR="0009150F" w:rsidRDefault="00BD2FBA">
      <w:pPr>
        <w:pStyle w:val="ListNumber"/>
        <w:spacing w:after="50" w:line="240" w:lineRule="auto"/>
      </w:pPr>
      <w:r>
        <w:rPr>
          <w:color w:val="222222"/>
          <w:sz w:val="17"/>
        </w:rPr>
        <w:t>Remote work is not a substitute for full-time caregiving. The employee must remain able to perform assigned duties during work hours.</w:t>
      </w:r>
    </w:p>
    <w:p w14:paraId="23342D53" w14:textId="77777777" w:rsidR="0009150F" w:rsidRDefault="00BD2FBA">
      <w:pPr>
        <w:pStyle w:val="ListNumber"/>
        <w:spacing w:after="50" w:line="240" w:lineRule="auto"/>
      </w:pPr>
      <w:r>
        <w:rPr>
          <w:color w:val="222222"/>
          <w:sz w:val="17"/>
        </w:rPr>
        <w:t>The employee must be accessible during approved work hours and report to campus within a reasonable period when directed because of operational needs or emergencies.</w:t>
      </w:r>
    </w:p>
    <w:p w14:paraId="23BB96DB" w14:textId="77777777" w:rsidR="0009150F" w:rsidRDefault="00BD2FBA">
      <w:pPr>
        <w:pStyle w:val="ListNumber"/>
        <w:spacing w:after="50" w:line="240" w:lineRule="auto"/>
      </w:pPr>
      <w:r>
        <w:rPr>
          <w:color w:val="222222"/>
          <w:sz w:val="17"/>
        </w:rPr>
        <w:t>The employee must accurately record work time, obtain advance approval for overtime when applicable, and follow all leave and attendance procedures.</w:t>
      </w:r>
    </w:p>
    <w:p w14:paraId="6E9710E5" w14:textId="77777777" w:rsidR="0009150F" w:rsidRDefault="00BD2FBA">
      <w:pPr>
        <w:pStyle w:val="ListNumber"/>
        <w:spacing w:after="50" w:line="240" w:lineRule="auto"/>
      </w:pPr>
      <w:r>
        <w:rPr>
          <w:color w:val="222222"/>
          <w:sz w:val="17"/>
        </w:rPr>
        <w:t>Continuation depends on satisfactory performance, productivity, attendance, responsiveness, conduct, service delivery, and compliance with this agreement.</w:t>
      </w:r>
    </w:p>
    <w:p w14:paraId="34700A04" w14:textId="77777777" w:rsidR="0009150F" w:rsidRDefault="00BD2FBA">
      <w:pPr>
        <w:pStyle w:val="ListNumber"/>
        <w:spacing w:after="50" w:line="240" w:lineRule="auto"/>
      </w:pPr>
      <w:r>
        <w:rPr>
          <w:color w:val="222222"/>
          <w:sz w:val="17"/>
        </w:rPr>
        <w:t>Management may modify or discontinue the arrangement based on business or staffing needs, performance or attendance concerns, equity or funding considerations, noncompliance, or the employee's request.</w:t>
      </w:r>
    </w:p>
    <w:p w14:paraId="493D19CA" w14:textId="77777777" w:rsidR="0009150F" w:rsidRDefault="00BD2FBA">
      <w:pPr>
        <w:pStyle w:val="ListNumber"/>
        <w:spacing w:after="50" w:line="240" w:lineRule="auto"/>
      </w:pPr>
      <w:r>
        <w:rPr>
          <w:color w:val="222222"/>
          <w:sz w:val="17"/>
        </w:rPr>
        <w:t>In accordance with POL 80.02.1, the employee will receive at least fifteen (15) days' advance written notice before a change to or revocation of the arrangement.</w:t>
      </w:r>
    </w:p>
    <w:p w14:paraId="48132829" w14:textId="77777777" w:rsidR="0009150F" w:rsidRDefault="00BD2FBA">
      <w:pPr>
        <w:pStyle w:val="ListNumber"/>
        <w:spacing w:after="50" w:line="240" w:lineRule="auto"/>
      </w:pPr>
      <w:r>
        <w:rPr>
          <w:color w:val="222222"/>
          <w:sz w:val="17"/>
        </w:rPr>
        <w:t xml:space="preserve">This flexible work arrangement is separate from the ADA reasonable-accommodation process. Accommodation requests must be directed </w:t>
      </w:r>
      <w:proofErr w:type="gramStart"/>
      <w:r>
        <w:rPr>
          <w:color w:val="222222"/>
          <w:sz w:val="17"/>
        </w:rPr>
        <w:t>to</w:t>
      </w:r>
      <w:proofErr w:type="gramEnd"/>
      <w:r>
        <w:rPr>
          <w:color w:val="222222"/>
          <w:sz w:val="17"/>
        </w:rPr>
        <w:t xml:space="preserve"> the Office of Human Resources.</w:t>
      </w:r>
    </w:p>
    <w:p w14:paraId="21F87534" w14:textId="516BC99E" w:rsidR="0009150F" w:rsidRPr="007E31C1" w:rsidRDefault="00000000">
      <w:pPr>
        <w:spacing w:before="120"/>
        <w:rPr>
          <w:color w:val="862633"/>
        </w:rPr>
      </w:pPr>
      <w:sdt>
        <w:sdtPr>
          <w:rPr>
            <w:b/>
            <w:bCs/>
            <w:color w:val="862633"/>
            <w:sz w:val="18"/>
            <w:szCs w:val="18"/>
          </w:rPr>
          <w:id w:val="3378935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28A4DC40" w:rsidRPr="7B6A304A">
            <w:rPr>
              <w:rFonts w:ascii="MS Gothic" w:eastAsia="MS Gothic" w:hAnsi="MS Gothic" w:cs="MS Gothic"/>
              <w:b/>
              <w:bCs/>
              <w:color w:val="862633"/>
              <w:sz w:val="18"/>
              <w:szCs w:val="18"/>
            </w:rPr>
            <w:t>☐</w:t>
          </w:r>
        </w:sdtContent>
      </w:sdt>
      <w:r w:rsidR="00BD2FBA" w:rsidRPr="7B6A304A">
        <w:rPr>
          <w:b/>
          <w:bCs/>
          <w:color w:val="862633"/>
          <w:sz w:val="18"/>
          <w:szCs w:val="18"/>
        </w:rPr>
        <w:t xml:space="preserve"> I have reviewed NCCU POL 80.02.1 and agree to comply with the terms above and all other applicable University and UNC System requirements.</w:t>
      </w:r>
    </w:p>
    <w:p w14:paraId="53B50A3B" w14:textId="77777777" w:rsidR="0009150F" w:rsidRDefault="00BD2FBA" w:rsidP="007E31C1">
      <w:pPr>
        <w:keepNext/>
        <w:shd w:val="clear" w:color="auto" w:fill="862633"/>
        <w:spacing w:before="180" w:after="100"/>
      </w:pPr>
      <w:r>
        <w:rPr>
          <w:b/>
          <w:color w:val="FFFFFF"/>
          <w:sz w:val="23"/>
        </w:rPr>
        <w:t xml:space="preserve">  7. APPROVALS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580"/>
        <w:gridCol w:w="2580"/>
        <w:gridCol w:w="2100"/>
        <w:gridCol w:w="2100"/>
      </w:tblGrid>
      <w:tr w:rsidR="0009150F" w14:paraId="39456377" w14:textId="77777777" w:rsidTr="007E31C1">
        <w:trPr>
          <w:cantSplit/>
          <w:tblHeader/>
        </w:trPr>
        <w:tc>
          <w:tcPr>
            <w:tcW w:w="2580" w:type="dxa"/>
            <w:tcBorders>
              <w:top w:val="single" w:sz="6" w:space="0" w:color="6A0032"/>
              <w:left w:val="single" w:sz="6" w:space="0" w:color="6A0032"/>
              <w:bottom w:val="single" w:sz="6" w:space="0" w:color="6A0032"/>
              <w:right w:val="single" w:sz="6" w:space="0" w:color="6A0032"/>
            </w:tcBorders>
            <w:shd w:val="clear" w:color="auto" w:fill="86263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565811" w14:textId="77777777" w:rsidR="0009150F" w:rsidRDefault="00BD2FBA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Approval Role</w:t>
            </w:r>
          </w:p>
        </w:tc>
        <w:tc>
          <w:tcPr>
            <w:tcW w:w="2580" w:type="dxa"/>
            <w:tcBorders>
              <w:top w:val="single" w:sz="6" w:space="0" w:color="6A0032"/>
              <w:left w:val="single" w:sz="6" w:space="0" w:color="6A0032"/>
              <w:bottom w:val="single" w:sz="6" w:space="0" w:color="6A0032"/>
              <w:right w:val="single" w:sz="6" w:space="0" w:color="6A0032"/>
            </w:tcBorders>
            <w:shd w:val="clear" w:color="auto" w:fill="86263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27D6DD4" w14:textId="77777777" w:rsidR="0009150F" w:rsidRDefault="00BD2FBA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Printed Name</w:t>
            </w:r>
          </w:p>
        </w:tc>
        <w:tc>
          <w:tcPr>
            <w:tcW w:w="2100" w:type="dxa"/>
            <w:tcBorders>
              <w:top w:val="single" w:sz="6" w:space="0" w:color="6A0032"/>
              <w:left w:val="single" w:sz="6" w:space="0" w:color="6A0032"/>
              <w:bottom w:val="single" w:sz="6" w:space="0" w:color="6A0032"/>
              <w:right w:val="single" w:sz="6" w:space="0" w:color="6A0032"/>
            </w:tcBorders>
            <w:shd w:val="clear" w:color="auto" w:fill="86263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0EB15D7" w14:textId="77777777" w:rsidR="0009150F" w:rsidRDefault="00BD2FBA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Signature</w:t>
            </w:r>
          </w:p>
        </w:tc>
        <w:tc>
          <w:tcPr>
            <w:tcW w:w="2100" w:type="dxa"/>
            <w:tcBorders>
              <w:top w:val="single" w:sz="6" w:space="0" w:color="6A0032"/>
              <w:left w:val="single" w:sz="6" w:space="0" w:color="6A0032"/>
              <w:bottom w:val="single" w:sz="6" w:space="0" w:color="6A0032"/>
              <w:right w:val="single" w:sz="6" w:space="0" w:color="6A0032"/>
            </w:tcBorders>
            <w:shd w:val="clear" w:color="auto" w:fill="86263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B198F2" w14:textId="77777777" w:rsidR="0009150F" w:rsidRDefault="00BD2FBA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Date</w:t>
            </w:r>
          </w:p>
        </w:tc>
      </w:tr>
      <w:tr w:rsidR="0009150F" w14:paraId="660F974C" w14:textId="77777777" w:rsidTr="00341030">
        <w:trPr>
          <w:cantSplit/>
        </w:trPr>
        <w:tc>
          <w:tcPr>
            <w:tcW w:w="25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3605A745" w14:textId="77777777" w:rsidR="0009150F" w:rsidRDefault="00BD2FBA">
            <w:pPr>
              <w:spacing w:after="0" w:line="240" w:lineRule="auto"/>
            </w:pPr>
            <w:r>
              <w:rPr>
                <w:b/>
                <w:color w:val="222222"/>
                <w:sz w:val="17"/>
              </w:rPr>
              <w:t>Employee</w:t>
            </w:r>
          </w:p>
        </w:tc>
        <w:tc>
          <w:tcPr>
            <w:tcW w:w="25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11EED025" w14:textId="72C9CFD1" w:rsidR="0009150F" w:rsidRDefault="00000000" w:rsidP="00341030">
            <w:pPr>
              <w:spacing w:after="0" w:line="240" w:lineRule="auto"/>
            </w:pPr>
            <w:sdt>
              <w:sdtPr>
                <w:id w:val="-1458253692"/>
                <w:placeholder>
                  <w:docPart w:val="DefaultPlaceholder_-1854013440"/>
                </w:placeholder>
                <w:showingPlcHdr/>
              </w:sdtPr>
              <w:sdtContent>
                <w:r w:rsidR="00341030" w:rsidRPr="0046122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210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11B3D943" w14:textId="43366BCD" w:rsidR="0009150F" w:rsidRDefault="00000000" w:rsidP="00341030">
            <w:pPr>
              <w:spacing w:after="0" w:line="240" w:lineRule="auto"/>
            </w:pPr>
            <w:sdt>
              <w:sdtPr>
                <w:id w:val="-1526783026"/>
                <w:placeholder>
                  <w:docPart w:val="DefaultPlaceholder_-1854013440"/>
                </w:placeholder>
                <w:showingPlcHdr/>
              </w:sdtPr>
              <w:sdtContent>
                <w:r w:rsidR="00341030" w:rsidRPr="0046122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210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3BA28D32" w14:textId="3D7DB705" w:rsidR="0009150F" w:rsidRDefault="00000000" w:rsidP="00341030">
            <w:pPr>
              <w:spacing w:after="0" w:line="240" w:lineRule="auto"/>
            </w:pPr>
            <w:sdt>
              <w:sdtPr>
                <w:id w:val="-456876822"/>
                <w:placeholder>
                  <w:docPart w:val="DefaultPlaceholder_-1854013440"/>
                </w:placeholder>
              </w:sdtPr>
              <w:sdtContent>
                <w:sdt>
                  <w:sdtPr>
                    <w:id w:val="-1785876192"/>
                    <w:placeholder>
                      <w:docPart w:val="DefaultPlaceholder_-1854013437"/>
                    </w:placeholder>
                    <w:showingPlcHdr/>
                    <w:date>
                      <w:dateFormat w:val="M/d/yyyy"/>
                      <w:lid w:val="en-US"/>
                      <w:storeMappedDataAs w:val="dateTime"/>
                      <w:calendar w:val="gregorian"/>
                    </w:date>
                  </w:sdtPr>
                  <w:sdtContent>
                    <w:r w:rsidR="00B4169C" w:rsidRPr="00461221">
                      <w:rPr>
                        <w:rStyle w:val="PlaceholderText"/>
                      </w:rPr>
                      <w:t>Click or tap to enter a date.</w:t>
                    </w:r>
                  </w:sdtContent>
                </w:sdt>
              </w:sdtContent>
            </w:sdt>
          </w:p>
        </w:tc>
      </w:tr>
      <w:tr w:rsidR="00B4169C" w14:paraId="47C44CF6" w14:textId="77777777" w:rsidTr="00341030">
        <w:trPr>
          <w:cantSplit/>
        </w:trPr>
        <w:tc>
          <w:tcPr>
            <w:tcW w:w="25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7F2C1A2B" w14:textId="77777777" w:rsidR="00B4169C" w:rsidRDefault="00B4169C" w:rsidP="00B4169C">
            <w:pPr>
              <w:spacing w:after="0" w:line="240" w:lineRule="auto"/>
            </w:pPr>
            <w:r>
              <w:rPr>
                <w:b/>
                <w:color w:val="222222"/>
                <w:sz w:val="17"/>
              </w:rPr>
              <w:t>Immediate Supervisor</w:t>
            </w:r>
          </w:p>
        </w:tc>
        <w:tc>
          <w:tcPr>
            <w:tcW w:w="25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59F4E279" w14:textId="3B96819C" w:rsidR="00B4169C" w:rsidRDefault="00000000" w:rsidP="00B4169C">
            <w:pPr>
              <w:spacing w:after="0" w:line="240" w:lineRule="auto"/>
            </w:pPr>
            <w:sdt>
              <w:sdtPr>
                <w:id w:val="-707494007"/>
                <w:placeholder>
                  <w:docPart w:val="36C7019E7C694545A3BF0E98B52BC8CA"/>
                </w:placeholder>
                <w:showingPlcHdr/>
              </w:sdtPr>
              <w:sdtContent>
                <w:r w:rsidR="00B4169C" w:rsidRPr="0046122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210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22A129BB" w14:textId="17F7229A" w:rsidR="00B4169C" w:rsidRDefault="00000000" w:rsidP="00B4169C">
            <w:pPr>
              <w:spacing w:after="0" w:line="240" w:lineRule="auto"/>
            </w:pPr>
            <w:sdt>
              <w:sdtPr>
                <w:id w:val="192433136"/>
                <w:placeholder>
                  <w:docPart w:val="20A4F7421CE54C96B3660D74B5D089C7"/>
                </w:placeholder>
                <w:showingPlcHdr/>
              </w:sdtPr>
              <w:sdtContent>
                <w:r w:rsidR="00B4169C" w:rsidRPr="0046122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210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1BCAA262" w14:textId="7A46620A" w:rsidR="00B4169C" w:rsidRDefault="00000000" w:rsidP="00B4169C">
            <w:pPr>
              <w:spacing w:after="0" w:line="240" w:lineRule="auto"/>
            </w:pPr>
            <w:sdt>
              <w:sdtPr>
                <w:id w:val="-1532556915"/>
                <w:placeholder>
                  <w:docPart w:val="90595EF72E3B4BA0A96B32CAF0E0F565"/>
                </w:placeholder>
              </w:sdtPr>
              <w:sdtContent>
                <w:sdt>
                  <w:sdtPr>
                    <w:id w:val="-1060709312"/>
                    <w:placeholder>
                      <w:docPart w:val="2D450F52B04F42F683511F24C4A4470C"/>
                    </w:placeholder>
                    <w:showingPlcHdr/>
                    <w:date>
                      <w:dateFormat w:val="M/d/yyyy"/>
                      <w:lid w:val="en-US"/>
                      <w:storeMappedDataAs w:val="dateTime"/>
                      <w:calendar w:val="gregorian"/>
                    </w:date>
                  </w:sdtPr>
                  <w:sdtContent>
                    <w:r w:rsidR="00B4169C" w:rsidRPr="008E1F37">
                      <w:rPr>
                        <w:rStyle w:val="PlaceholderText"/>
                      </w:rPr>
                      <w:t>Click or tap to enter a date.</w:t>
                    </w:r>
                  </w:sdtContent>
                </w:sdt>
              </w:sdtContent>
            </w:sdt>
          </w:p>
        </w:tc>
      </w:tr>
      <w:tr w:rsidR="00B4169C" w14:paraId="772A98AF" w14:textId="77777777" w:rsidTr="00341030">
        <w:trPr>
          <w:cantSplit/>
        </w:trPr>
        <w:tc>
          <w:tcPr>
            <w:tcW w:w="25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50C95E85" w14:textId="77777777" w:rsidR="00B4169C" w:rsidRDefault="00B4169C" w:rsidP="00B4169C">
            <w:pPr>
              <w:spacing w:after="0" w:line="240" w:lineRule="auto"/>
            </w:pPr>
            <w:r>
              <w:rPr>
                <w:b/>
                <w:color w:val="222222"/>
                <w:sz w:val="17"/>
              </w:rPr>
              <w:t>Next-Level Approver</w:t>
            </w:r>
          </w:p>
        </w:tc>
        <w:tc>
          <w:tcPr>
            <w:tcW w:w="25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583BF665" w14:textId="6DA3F18C" w:rsidR="00B4169C" w:rsidRDefault="00000000" w:rsidP="00B4169C">
            <w:pPr>
              <w:spacing w:after="0" w:line="240" w:lineRule="auto"/>
            </w:pPr>
            <w:sdt>
              <w:sdtPr>
                <w:id w:val="-1520770925"/>
                <w:placeholder>
                  <w:docPart w:val="EF892943D4DB419DB9255E685F8832F0"/>
                </w:placeholder>
                <w:showingPlcHdr/>
              </w:sdtPr>
              <w:sdtContent>
                <w:r w:rsidR="00B4169C" w:rsidRPr="0046122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210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0F6877FB" w14:textId="4576673E" w:rsidR="00B4169C" w:rsidRDefault="00000000" w:rsidP="00B4169C">
            <w:pPr>
              <w:spacing w:after="0" w:line="240" w:lineRule="auto"/>
            </w:pPr>
            <w:sdt>
              <w:sdtPr>
                <w:id w:val="1584642427"/>
                <w:placeholder>
                  <w:docPart w:val="86B607B6711E4E6FB88C80B9EC7F963D"/>
                </w:placeholder>
                <w:showingPlcHdr/>
              </w:sdtPr>
              <w:sdtContent>
                <w:r w:rsidR="00B4169C" w:rsidRPr="0046122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210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35CF9241" w14:textId="2668673D" w:rsidR="00B4169C" w:rsidRDefault="00000000" w:rsidP="00B4169C">
            <w:pPr>
              <w:spacing w:after="0" w:line="240" w:lineRule="auto"/>
            </w:pPr>
            <w:sdt>
              <w:sdtPr>
                <w:id w:val="1970238114"/>
                <w:placeholder>
                  <w:docPart w:val="D35A9BCEDF0C4DC4BE2607A32D952382"/>
                </w:placeholder>
              </w:sdtPr>
              <w:sdtContent>
                <w:sdt>
                  <w:sdtPr>
                    <w:id w:val="202063904"/>
                    <w:placeholder>
                      <w:docPart w:val="506FDBFB3C8543C48486BF230FBF6592"/>
                    </w:placeholder>
                    <w:showingPlcHdr/>
                    <w:date>
                      <w:dateFormat w:val="M/d/yyyy"/>
                      <w:lid w:val="en-US"/>
                      <w:storeMappedDataAs w:val="dateTime"/>
                      <w:calendar w:val="gregorian"/>
                    </w:date>
                  </w:sdtPr>
                  <w:sdtContent>
                    <w:r w:rsidR="00B4169C" w:rsidRPr="008E1F37">
                      <w:rPr>
                        <w:rStyle w:val="PlaceholderText"/>
                      </w:rPr>
                      <w:t>Click or tap to enter a date.</w:t>
                    </w:r>
                  </w:sdtContent>
                </w:sdt>
              </w:sdtContent>
            </w:sdt>
          </w:p>
        </w:tc>
      </w:tr>
      <w:tr w:rsidR="00B4169C" w14:paraId="1BCC599F" w14:textId="77777777" w:rsidTr="00341030">
        <w:trPr>
          <w:cantSplit/>
        </w:trPr>
        <w:tc>
          <w:tcPr>
            <w:tcW w:w="25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38305FF2" w14:textId="77777777" w:rsidR="00B4169C" w:rsidRDefault="00B4169C" w:rsidP="00B4169C">
            <w:pPr>
              <w:spacing w:after="0" w:line="240" w:lineRule="auto"/>
            </w:pPr>
            <w:r>
              <w:rPr>
                <w:b/>
                <w:color w:val="222222"/>
                <w:sz w:val="17"/>
              </w:rPr>
              <w:t>Office of Human Resources</w:t>
            </w:r>
          </w:p>
        </w:tc>
        <w:tc>
          <w:tcPr>
            <w:tcW w:w="25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32DD8FD2" w14:textId="09D2E533" w:rsidR="00B4169C" w:rsidRDefault="00000000" w:rsidP="00B4169C">
            <w:pPr>
              <w:spacing w:after="0" w:line="240" w:lineRule="auto"/>
            </w:pPr>
            <w:sdt>
              <w:sdtPr>
                <w:id w:val="-1532481031"/>
                <w:placeholder>
                  <w:docPart w:val="A3C2EE782ABB4D1B956FD36DEBB0925E"/>
                </w:placeholder>
                <w:showingPlcHdr/>
              </w:sdtPr>
              <w:sdtContent>
                <w:r w:rsidR="00B4169C" w:rsidRPr="0046122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210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78E33B02" w14:textId="7AAF94FD" w:rsidR="00B4169C" w:rsidRDefault="00000000" w:rsidP="00B4169C">
            <w:pPr>
              <w:spacing w:after="0" w:line="240" w:lineRule="auto"/>
            </w:pPr>
            <w:sdt>
              <w:sdtPr>
                <w:id w:val="2106690732"/>
                <w:placeholder>
                  <w:docPart w:val="10D980A6CAE247E6801C875E8CA01D7B"/>
                </w:placeholder>
                <w:showingPlcHdr/>
              </w:sdtPr>
              <w:sdtContent>
                <w:r w:rsidR="00B4169C" w:rsidRPr="0046122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210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405BC61F" w14:textId="14B7F6AC" w:rsidR="00B4169C" w:rsidRDefault="00000000" w:rsidP="00B4169C">
            <w:pPr>
              <w:spacing w:after="0" w:line="240" w:lineRule="auto"/>
            </w:pPr>
            <w:sdt>
              <w:sdtPr>
                <w:id w:val="1582645607"/>
                <w:placeholder>
                  <w:docPart w:val="BAD45159A7E1458C842DEDE9C3E67EFD"/>
                </w:placeholder>
              </w:sdtPr>
              <w:sdtContent>
                <w:sdt>
                  <w:sdtPr>
                    <w:id w:val="1460147558"/>
                    <w:placeholder>
                      <w:docPart w:val="561E2A684606426599E9E91B1691FCCB"/>
                    </w:placeholder>
                    <w:showingPlcHdr/>
                    <w:date>
                      <w:dateFormat w:val="M/d/yyyy"/>
                      <w:lid w:val="en-US"/>
                      <w:storeMappedDataAs w:val="dateTime"/>
                      <w:calendar w:val="gregorian"/>
                    </w:date>
                  </w:sdtPr>
                  <w:sdtContent>
                    <w:r w:rsidR="00B4169C" w:rsidRPr="008E1F37">
                      <w:rPr>
                        <w:rStyle w:val="PlaceholderText"/>
                      </w:rPr>
                      <w:t>Click or tap to enter a date.</w:t>
                    </w:r>
                  </w:sdtContent>
                </w:sdt>
              </w:sdtContent>
            </w:sdt>
          </w:p>
        </w:tc>
      </w:tr>
    </w:tbl>
    <w:p w14:paraId="0996F1BF" w14:textId="7E04C64E" w:rsidR="0009150F" w:rsidRDefault="00000000">
      <w:pPr>
        <w:spacing w:after="40"/>
      </w:pPr>
      <w:sdt>
        <w:sdtPr>
          <w:rPr>
            <w:color w:val="222222"/>
            <w:sz w:val="19"/>
          </w:rPr>
          <w:id w:val="223774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1030">
            <w:rPr>
              <w:rFonts w:ascii="MS Gothic" w:eastAsia="MS Gothic" w:hAnsi="MS Gothic" w:hint="eastAsia"/>
              <w:color w:val="222222"/>
              <w:sz w:val="19"/>
            </w:rPr>
            <w:t>☐</w:t>
          </w:r>
        </w:sdtContent>
      </w:sdt>
      <w:r w:rsidR="00BD2FBA">
        <w:rPr>
          <w:color w:val="222222"/>
          <w:sz w:val="19"/>
        </w:rPr>
        <w:t xml:space="preserve"> Approved</w:t>
      </w:r>
      <w:r w:rsidR="00BD2FBA">
        <w:t xml:space="preserve">    </w:t>
      </w:r>
      <w:sdt>
        <w:sdtPr>
          <w:id w:val="20453282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1030">
            <w:rPr>
              <w:rFonts w:ascii="MS Gothic" w:eastAsia="MS Gothic" w:hAnsi="MS Gothic" w:hint="eastAsia"/>
            </w:rPr>
            <w:t>☐</w:t>
          </w:r>
        </w:sdtContent>
      </w:sdt>
      <w:r w:rsidR="00BD2FBA">
        <w:rPr>
          <w:color w:val="222222"/>
          <w:sz w:val="19"/>
        </w:rPr>
        <w:t xml:space="preserve"> Approved with conditions</w:t>
      </w:r>
      <w:r w:rsidR="00BD2FBA">
        <w:t xml:space="preserve">    </w:t>
      </w:r>
      <w:sdt>
        <w:sdtPr>
          <w:id w:val="18515187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1030">
            <w:rPr>
              <w:rFonts w:ascii="MS Gothic" w:eastAsia="MS Gothic" w:hAnsi="MS Gothic" w:hint="eastAsia"/>
            </w:rPr>
            <w:t>☐</w:t>
          </w:r>
        </w:sdtContent>
      </w:sdt>
      <w:r w:rsidR="00BD2FBA">
        <w:rPr>
          <w:color w:val="222222"/>
          <w:sz w:val="19"/>
        </w:rPr>
        <w:t xml:space="preserve"> Denied</w:t>
      </w:r>
    </w:p>
    <w:p w14:paraId="38E770EF" w14:textId="77777777" w:rsidR="005C183D" w:rsidRDefault="005C183D">
      <w:pPr>
        <w:spacing w:after="40"/>
        <w:rPr>
          <w:b/>
          <w:color w:val="222222"/>
          <w:sz w:val="18"/>
        </w:rPr>
      </w:pPr>
    </w:p>
    <w:p w14:paraId="7EC4DCB6" w14:textId="393171CC" w:rsidR="0009150F" w:rsidRDefault="00BD2FBA">
      <w:pPr>
        <w:spacing w:after="40"/>
        <w:rPr>
          <w:b/>
          <w:color w:val="222222"/>
          <w:sz w:val="18"/>
        </w:rPr>
      </w:pPr>
      <w:r>
        <w:rPr>
          <w:b/>
          <w:color w:val="222222"/>
          <w:sz w:val="18"/>
        </w:rPr>
        <w:t>Conditions or reason for denial:</w:t>
      </w:r>
    </w:p>
    <w:p w14:paraId="33DCD057" w14:textId="47FCDBA8" w:rsidR="005C183D" w:rsidRDefault="005C183D">
      <w:pPr>
        <w:spacing w:after="40"/>
      </w:pPr>
    </w:p>
    <w:p w14:paraId="3BEEE6C3" w14:textId="57178F85" w:rsidR="005C183D" w:rsidRDefault="005C183D">
      <w:pPr>
        <w:pBdr>
          <w:top w:val="single" w:sz="6" w:space="1" w:color="auto"/>
          <w:bottom w:val="single" w:sz="6" w:space="1" w:color="auto"/>
        </w:pBdr>
      </w:pPr>
    </w:p>
    <w:p w14:paraId="6F265BF8" w14:textId="2DA3328E" w:rsidR="005C183D" w:rsidRDefault="005C183D">
      <w:pPr>
        <w:pBdr>
          <w:bottom w:val="single" w:sz="6" w:space="1" w:color="auto"/>
          <w:between w:val="single" w:sz="6" w:space="1" w:color="auto"/>
        </w:pBdr>
      </w:pPr>
    </w:p>
    <w:p w14:paraId="4BE12227" w14:textId="16E815AD" w:rsidR="005C183D" w:rsidRDefault="005C183D">
      <w:pPr>
        <w:pBdr>
          <w:bottom w:val="single" w:sz="6" w:space="1" w:color="auto"/>
          <w:between w:val="single" w:sz="6" w:space="1" w:color="auto"/>
        </w:pBdr>
      </w:pPr>
    </w:p>
    <w:p w14:paraId="738C1A66" w14:textId="21E441CA" w:rsidR="0009150F" w:rsidRDefault="0009150F"/>
    <w:p w14:paraId="60DDA7C6" w14:textId="77777777" w:rsidR="0009150F" w:rsidRDefault="00BD2FBA" w:rsidP="003D450E">
      <w:pPr>
        <w:keepNext/>
        <w:shd w:val="clear" w:color="auto" w:fill="862633"/>
        <w:spacing w:before="180" w:after="100"/>
      </w:pPr>
      <w:r>
        <w:rPr>
          <w:b/>
          <w:color w:val="FFFFFF"/>
          <w:sz w:val="23"/>
        </w:rPr>
        <w:t xml:space="preserve">  8. REVIEW, MODIFICATION, OR DISCONTINUATION</w:t>
      </w:r>
    </w:p>
    <w:p w14:paraId="327A4659" w14:textId="77777777" w:rsidR="0009150F" w:rsidRDefault="00BD2FBA">
      <w:pPr>
        <w:spacing w:after="100"/>
      </w:pPr>
      <w:r>
        <w:rPr>
          <w:i/>
          <w:color w:val="666666"/>
          <w:sz w:val="18"/>
        </w:rPr>
        <w:t>Complete this section at the end of the pilot period, at the six-month checkpoint, during the annual review, or when the arrangement is modified or discontinued.</w:t>
      </w:r>
    </w:p>
    <w:tbl>
      <w:tblPr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2300"/>
        <w:gridCol w:w="7060"/>
      </w:tblGrid>
      <w:tr w:rsidR="0009150F" w14:paraId="6CE351D8" w14:textId="77777777">
        <w:trPr>
          <w:cantSplit/>
          <w:tblHeader/>
          <w:jc w:val="center"/>
        </w:trPr>
        <w:tc>
          <w:tcPr>
            <w:tcW w:w="230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3F5"/>
          </w:tcPr>
          <w:p w14:paraId="17E9A1FF" w14:textId="77777777" w:rsidR="0009150F" w:rsidRDefault="00BD2FBA">
            <w:pPr>
              <w:spacing w:after="0" w:line="240" w:lineRule="auto"/>
            </w:pPr>
            <w:r>
              <w:rPr>
                <w:b/>
                <w:color w:val="222222"/>
                <w:sz w:val="19"/>
              </w:rPr>
              <w:t>Review Type</w:t>
            </w:r>
          </w:p>
        </w:tc>
        <w:tc>
          <w:tcPr>
            <w:tcW w:w="70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78F8690F" w14:textId="7B5E5740" w:rsidR="0009150F" w:rsidRDefault="00000000">
            <w:pPr>
              <w:spacing w:after="0" w:line="240" w:lineRule="auto"/>
            </w:pPr>
            <w:sdt>
              <w:sdtPr>
                <w:rPr>
                  <w:color w:val="222222"/>
                  <w:sz w:val="19"/>
                </w:rPr>
                <w:id w:val="-1916014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030">
                  <w:rPr>
                    <w:rFonts w:ascii="MS Gothic" w:eastAsia="MS Gothic" w:hAnsi="MS Gothic" w:hint="eastAsia"/>
                    <w:color w:val="222222"/>
                    <w:sz w:val="19"/>
                  </w:rPr>
                  <w:t>☐</w:t>
                </w:r>
              </w:sdtContent>
            </w:sdt>
            <w:r w:rsidR="00BD2FBA">
              <w:rPr>
                <w:color w:val="222222"/>
                <w:sz w:val="19"/>
              </w:rPr>
              <w:t xml:space="preserve"> Pilot     </w:t>
            </w:r>
            <w:sdt>
              <w:sdtPr>
                <w:rPr>
                  <w:color w:val="222222"/>
                  <w:sz w:val="19"/>
                </w:rPr>
                <w:id w:val="-119646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030">
                  <w:rPr>
                    <w:rFonts w:ascii="MS Gothic" w:eastAsia="MS Gothic" w:hAnsi="MS Gothic" w:hint="eastAsia"/>
                    <w:color w:val="222222"/>
                    <w:sz w:val="19"/>
                  </w:rPr>
                  <w:t>☐</w:t>
                </w:r>
              </w:sdtContent>
            </w:sdt>
            <w:r w:rsidR="00BD2FBA">
              <w:rPr>
                <w:color w:val="222222"/>
                <w:sz w:val="19"/>
              </w:rPr>
              <w:t xml:space="preserve"> Six-month     </w:t>
            </w:r>
            <w:sdt>
              <w:sdtPr>
                <w:rPr>
                  <w:color w:val="222222"/>
                  <w:sz w:val="19"/>
                </w:rPr>
                <w:id w:val="-2124209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030">
                  <w:rPr>
                    <w:rFonts w:ascii="MS Gothic" w:eastAsia="MS Gothic" w:hAnsi="MS Gothic" w:hint="eastAsia"/>
                    <w:color w:val="222222"/>
                    <w:sz w:val="19"/>
                  </w:rPr>
                  <w:t>☐</w:t>
                </w:r>
              </w:sdtContent>
            </w:sdt>
            <w:r w:rsidR="00BD2FBA">
              <w:rPr>
                <w:color w:val="222222"/>
                <w:sz w:val="19"/>
              </w:rPr>
              <w:t xml:space="preserve"> Annual     </w:t>
            </w:r>
            <w:sdt>
              <w:sdtPr>
                <w:rPr>
                  <w:color w:val="222222"/>
                  <w:sz w:val="19"/>
                </w:rPr>
                <w:id w:val="1109700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030">
                  <w:rPr>
                    <w:rFonts w:ascii="MS Gothic" w:eastAsia="MS Gothic" w:hAnsi="MS Gothic" w:hint="eastAsia"/>
                    <w:color w:val="222222"/>
                    <w:sz w:val="19"/>
                  </w:rPr>
                  <w:t>☐</w:t>
                </w:r>
              </w:sdtContent>
            </w:sdt>
            <w:r w:rsidR="00BD2FBA">
              <w:rPr>
                <w:color w:val="222222"/>
                <w:sz w:val="19"/>
              </w:rPr>
              <w:t xml:space="preserve"> Other: </w:t>
            </w:r>
            <w:sdt>
              <w:sdtPr>
                <w:rPr>
                  <w:color w:val="222222"/>
                  <w:sz w:val="19"/>
                </w:rPr>
                <w:id w:val="1541319087"/>
                <w:placeholder>
                  <w:docPart w:val="DefaultPlaceholder_-1854013440"/>
                </w:placeholder>
                <w:showingPlcHdr/>
              </w:sdtPr>
              <w:sdtContent>
                <w:r w:rsidR="00341030" w:rsidRPr="0046122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9150F" w14:paraId="2B15E7D7" w14:textId="77777777">
        <w:trPr>
          <w:cantSplit/>
          <w:jc w:val="center"/>
        </w:trPr>
        <w:tc>
          <w:tcPr>
            <w:tcW w:w="230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3F5"/>
          </w:tcPr>
          <w:p w14:paraId="67C7ACCC" w14:textId="77777777" w:rsidR="0009150F" w:rsidRDefault="00BD2FBA">
            <w:pPr>
              <w:spacing w:after="0" w:line="240" w:lineRule="auto"/>
            </w:pPr>
            <w:r>
              <w:rPr>
                <w:b/>
                <w:color w:val="222222"/>
                <w:sz w:val="19"/>
              </w:rPr>
              <w:t>Review Date</w:t>
            </w:r>
          </w:p>
        </w:tc>
        <w:tc>
          <w:tcPr>
            <w:tcW w:w="70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723D0C83" w14:textId="631CF07E" w:rsidR="0009150F" w:rsidRDefault="00BD2FBA">
            <w:pPr>
              <w:spacing w:after="0" w:line="240" w:lineRule="auto"/>
            </w:pPr>
            <w:r>
              <w:rPr>
                <w:color w:val="222222"/>
                <w:sz w:val="19"/>
              </w:rPr>
              <w:t xml:space="preserve"> </w:t>
            </w:r>
            <w:sdt>
              <w:sdtPr>
                <w:rPr>
                  <w:color w:val="222222"/>
                  <w:sz w:val="19"/>
                </w:rPr>
                <w:id w:val="-1320502058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5561B1" w:rsidRPr="00461221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09150F" w14:paraId="2467D0F1" w14:textId="77777777">
        <w:trPr>
          <w:cantSplit/>
          <w:jc w:val="center"/>
        </w:trPr>
        <w:tc>
          <w:tcPr>
            <w:tcW w:w="230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3F5"/>
          </w:tcPr>
          <w:p w14:paraId="026BEC77" w14:textId="77777777" w:rsidR="0009150F" w:rsidRDefault="00BD2FBA">
            <w:pPr>
              <w:spacing w:after="0" w:line="240" w:lineRule="auto"/>
            </w:pPr>
            <w:r>
              <w:rPr>
                <w:b/>
                <w:color w:val="222222"/>
                <w:sz w:val="19"/>
              </w:rPr>
              <w:t>Reviewer</w:t>
            </w:r>
          </w:p>
        </w:tc>
        <w:tc>
          <w:tcPr>
            <w:tcW w:w="70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015B3E0B" w14:textId="03ED8158" w:rsidR="0009150F" w:rsidRDefault="00BD2FBA">
            <w:pPr>
              <w:spacing w:after="0" w:line="240" w:lineRule="auto"/>
            </w:pPr>
            <w:r>
              <w:rPr>
                <w:color w:val="222222"/>
                <w:sz w:val="19"/>
              </w:rPr>
              <w:t xml:space="preserve"> </w:t>
            </w:r>
            <w:sdt>
              <w:sdtPr>
                <w:rPr>
                  <w:color w:val="222222"/>
                  <w:sz w:val="19"/>
                </w:rPr>
                <w:id w:val="-888496845"/>
                <w:placeholder>
                  <w:docPart w:val="DefaultPlaceholder_-1854013440"/>
                </w:placeholder>
                <w:showingPlcHdr/>
              </w:sdtPr>
              <w:sdtContent>
                <w:r w:rsidR="00341030" w:rsidRPr="0046122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9150F" w14:paraId="4584295B" w14:textId="77777777">
        <w:trPr>
          <w:cantSplit/>
          <w:jc w:val="center"/>
        </w:trPr>
        <w:tc>
          <w:tcPr>
            <w:tcW w:w="230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3F5"/>
          </w:tcPr>
          <w:p w14:paraId="3DC766B7" w14:textId="77777777" w:rsidR="0009150F" w:rsidRDefault="00BD2FBA">
            <w:pPr>
              <w:spacing w:after="0" w:line="240" w:lineRule="auto"/>
            </w:pPr>
            <w:r>
              <w:rPr>
                <w:b/>
                <w:color w:val="222222"/>
                <w:sz w:val="19"/>
              </w:rPr>
              <w:t>Performance Status</w:t>
            </w:r>
          </w:p>
        </w:tc>
        <w:tc>
          <w:tcPr>
            <w:tcW w:w="70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25BC57E1" w14:textId="6FC0A255" w:rsidR="0009150F" w:rsidRDefault="00000000">
            <w:pPr>
              <w:spacing w:after="0" w:line="240" w:lineRule="auto"/>
            </w:pPr>
            <w:sdt>
              <w:sdtPr>
                <w:rPr>
                  <w:color w:val="222222"/>
                  <w:sz w:val="19"/>
                </w:rPr>
                <w:id w:val="2085407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030">
                  <w:rPr>
                    <w:rFonts w:ascii="MS Gothic" w:eastAsia="MS Gothic" w:hAnsi="MS Gothic" w:hint="eastAsia"/>
                    <w:color w:val="222222"/>
                    <w:sz w:val="19"/>
                  </w:rPr>
                  <w:t>☐</w:t>
                </w:r>
              </w:sdtContent>
            </w:sdt>
            <w:r w:rsidR="00BD2FBA">
              <w:rPr>
                <w:color w:val="222222"/>
                <w:sz w:val="19"/>
              </w:rPr>
              <w:t xml:space="preserve"> Meets/exceeds expectations     </w:t>
            </w:r>
            <w:sdt>
              <w:sdtPr>
                <w:rPr>
                  <w:color w:val="222222"/>
                  <w:sz w:val="19"/>
                </w:rPr>
                <w:id w:val="350312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030">
                  <w:rPr>
                    <w:rFonts w:ascii="MS Gothic" w:eastAsia="MS Gothic" w:hAnsi="MS Gothic" w:hint="eastAsia"/>
                    <w:color w:val="222222"/>
                    <w:sz w:val="19"/>
                  </w:rPr>
                  <w:t>☐</w:t>
                </w:r>
              </w:sdtContent>
            </w:sdt>
            <w:r w:rsidR="00BD2FBA">
              <w:rPr>
                <w:color w:val="222222"/>
                <w:sz w:val="19"/>
              </w:rPr>
              <w:t xml:space="preserve"> Improvement needed</w:t>
            </w:r>
          </w:p>
        </w:tc>
      </w:tr>
      <w:tr w:rsidR="0009150F" w14:paraId="14C041ED" w14:textId="77777777">
        <w:trPr>
          <w:cantSplit/>
          <w:jc w:val="center"/>
        </w:trPr>
        <w:tc>
          <w:tcPr>
            <w:tcW w:w="230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3F5"/>
          </w:tcPr>
          <w:p w14:paraId="7A3360FF" w14:textId="77777777" w:rsidR="0009150F" w:rsidRDefault="00BD2FBA">
            <w:pPr>
              <w:spacing w:after="0" w:line="240" w:lineRule="auto"/>
            </w:pPr>
            <w:r>
              <w:rPr>
                <w:b/>
                <w:color w:val="222222"/>
                <w:sz w:val="19"/>
              </w:rPr>
              <w:t>Attendance / Availability</w:t>
            </w:r>
          </w:p>
        </w:tc>
        <w:tc>
          <w:tcPr>
            <w:tcW w:w="70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201D07C8" w14:textId="6355B4C2" w:rsidR="0009150F" w:rsidRDefault="00000000">
            <w:pPr>
              <w:spacing w:after="0" w:line="240" w:lineRule="auto"/>
            </w:pPr>
            <w:sdt>
              <w:sdtPr>
                <w:rPr>
                  <w:color w:val="222222"/>
                  <w:sz w:val="19"/>
                </w:rPr>
                <w:id w:val="700289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030">
                  <w:rPr>
                    <w:rFonts w:ascii="MS Gothic" w:eastAsia="MS Gothic" w:hAnsi="MS Gothic" w:hint="eastAsia"/>
                    <w:color w:val="222222"/>
                    <w:sz w:val="19"/>
                  </w:rPr>
                  <w:t>☐</w:t>
                </w:r>
              </w:sdtContent>
            </w:sdt>
            <w:r w:rsidR="00BD2FBA">
              <w:rPr>
                <w:color w:val="222222"/>
                <w:sz w:val="19"/>
              </w:rPr>
              <w:t xml:space="preserve"> Satisfactory     </w:t>
            </w:r>
            <w:sdt>
              <w:sdtPr>
                <w:rPr>
                  <w:color w:val="222222"/>
                  <w:sz w:val="19"/>
                </w:rPr>
                <w:id w:val="-2010132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030">
                  <w:rPr>
                    <w:rFonts w:ascii="MS Gothic" w:eastAsia="MS Gothic" w:hAnsi="MS Gothic" w:hint="eastAsia"/>
                    <w:color w:val="222222"/>
                    <w:sz w:val="19"/>
                  </w:rPr>
                  <w:t>☐</w:t>
                </w:r>
              </w:sdtContent>
            </w:sdt>
            <w:r w:rsidR="00BD2FBA">
              <w:rPr>
                <w:color w:val="222222"/>
                <w:sz w:val="19"/>
              </w:rPr>
              <w:t xml:space="preserve"> Concern identified</w:t>
            </w:r>
          </w:p>
        </w:tc>
      </w:tr>
      <w:tr w:rsidR="0009150F" w14:paraId="4CF3FC76" w14:textId="77777777">
        <w:trPr>
          <w:cantSplit/>
          <w:jc w:val="center"/>
        </w:trPr>
        <w:tc>
          <w:tcPr>
            <w:tcW w:w="230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3F5"/>
          </w:tcPr>
          <w:p w14:paraId="2EADD267" w14:textId="77777777" w:rsidR="0009150F" w:rsidRDefault="00BD2FBA">
            <w:pPr>
              <w:spacing w:after="0" w:line="240" w:lineRule="auto"/>
            </w:pPr>
            <w:r>
              <w:rPr>
                <w:b/>
                <w:color w:val="222222"/>
                <w:sz w:val="19"/>
              </w:rPr>
              <w:t>Service / Operational Impact</w:t>
            </w:r>
          </w:p>
        </w:tc>
        <w:tc>
          <w:tcPr>
            <w:tcW w:w="70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5D6D80D3" w14:textId="053F472D" w:rsidR="0009150F" w:rsidRDefault="00000000">
            <w:pPr>
              <w:spacing w:after="0" w:line="240" w:lineRule="auto"/>
            </w:pPr>
            <w:sdt>
              <w:sdtPr>
                <w:rPr>
                  <w:color w:val="222222"/>
                  <w:sz w:val="19"/>
                </w:rPr>
                <w:id w:val="-1322267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030">
                  <w:rPr>
                    <w:rFonts w:ascii="MS Gothic" w:eastAsia="MS Gothic" w:hAnsi="MS Gothic" w:hint="eastAsia"/>
                    <w:color w:val="222222"/>
                    <w:sz w:val="19"/>
                  </w:rPr>
                  <w:t>☐</w:t>
                </w:r>
              </w:sdtContent>
            </w:sdt>
            <w:r w:rsidR="00BD2FBA">
              <w:rPr>
                <w:color w:val="222222"/>
                <w:sz w:val="19"/>
              </w:rPr>
              <w:t xml:space="preserve"> Positive     </w:t>
            </w:r>
            <w:sdt>
              <w:sdtPr>
                <w:rPr>
                  <w:color w:val="222222"/>
                  <w:sz w:val="19"/>
                </w:rPr>
                <w:id w:val="-370695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030">
                  <w:rPr>
                    <w:rFonts w:ascii="MS Gothic" w:eastAsia="MS Gothic" w:hAnsi="MS Gothic" w:hint="eastAsia"/>
                    <w:color w:val="222222"/>
                    <w:sz w:val="19"/>
                  </w:rPr>
                  <w:t>☐</w:t>
                </w:r>
              </w:sdtContent>
            </w:sdt>
            <w:r w:rsidR="00BD2FBA">
              <w:rPr>
                <w:color w:val="222222"/>
                <w:sz w:val="19"/>
              </w:rPr>
              <w:t xml:space="preserve"> Neutral     </w:t>
            </w:r>
            <w:sdt>
              <w:sdtPr>
                <w:rPr>
                  <w:color w:val="222222"/>
                  <w:sz w:val="19"/>
                </w:rPr>
                <w:id w:val="-2025860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030">
                  <w:rPr>
                    <w:rFonts w:ascii="MS Gothic" w:eastAsia="MS Gothic" w:hAnsi="MS Gothic" w:hint="eastAsia"/>
                    <w:color w:val="222222"/>
                    <w:sz w:val="19"/>
                  </w:rPr>
                  <w:t>☐</w:t>
                </w:r>
              </w:sdtContent>
            </w:sdt>
            <w:r w:rsidR="00BD2FBA">
              <w:rPr>
                <w:color w:val="222222"/>
                <w:sz w:val="19"/>
              </w:rPr>
              <w:t xml:space="preserve"> Concern identified</w:t>
            </w:r>
          </w:p>
        </w:tc>
      </w:tr>
      <w:tr w:rsidR="0009150F" w14:paraId="57BA20CE" w14:textId="77777777">
        <w:trPr>
          <w:cantSplit/>
          <w:jc w:val="center"/>
        </w:trPr>
        <w:tc>
          <w:tcPr>
            <w:tcW w:w="230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3F5"/>
          </w:tcPr>
          <w:p w14:paraId="47292497" w14:textId="77777777" w:rsidR="0009150F" w:rsidRDefault="00BD2FBA">
            <w:pPr>
              <w:spacing w:after="0" w:line="240" w:lineRule="auto"/>
            </w:pPr>
            <w:r>
              <w:rPr>
                <w:b/>
                <w:color w:val="222222"/>
                <w:sz w:val="19"/>
              </w:rPr>
              <w:t>Outcome</w:t>
            </w:r>
          </w:p>
        </w:tc>
        <w:tc>
          <w:tcPr>
            <w:tcW w:w="70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106D9A03" w14:textId="2F84DFFF" w:rsidR="0009150F" w:rsidRDefault="00000000">
            <w:pPr>
              <w:spacing w:after="0" w:line="240" w:lineRule="auto"/>
            </w:pPr>
            <w:sdt>
              <w:sdtPr>
                <w:rPr>
                  <w:color w:val="222222"/>
                  <w:sz w:val="19"/>
                </w:rPr>
                <w:id w:val="966859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030">
                  <w:rPr>
                    <w:rFonts w:ascii="MS Gothic" w:eastAsia="MS Gothic" w:hAnsi="MS Gothic" w:hint="eastAsia"/>
                    <w:color w:val="222222"/>
                    <w:sz w:val="19"/>
                  </w:rPr>
                  <w:t>☐</w:t>
                </w:r>
              </w:sdtContent>
            </w:sdt>
            <w:r w:rsidR="00BD2FBA">
              <w:rPr>
                <w:color w:val="222222"/>
                <w:sz w:val="19"/>
              </w:rPr>
              <w:t xml:space="preserve"> Continue     </w:t>
            </w:r>
            <w:sdt>
              <w:sdtPr>
                <w:rPr>
                  <w:color w:val="222222"/>
                  <w:sz w:val="19"/>
                </w:rPr>
                <w:id w:val="1582259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030">
                  <w:rPr>
                    <w:rFonts w:ascii="MS Gothic" w:eastAsia="MS Gothic" w:hAnsi="MS Gothic" w:hint="eastAsia"/>
                    <w:color w:val="222222"/>
                    <w:sz w:val="19"/>
                  </w:rPr>
                  <w:t>☐</w:t>
                </w:r>
              </w:sdtContent>
            </w:sdt>
            <w:r w:rsidR="00BD2FBA">
              <w:rPr>
                <w:color w:val="222222"/>
                <w:sz w:val="19"/>
              </w:rPr>
              <w:t xml:space="preserve"> Continue with conditions     </w:t>
            </w:r>
            <w:sdt>
              <w:sdtPr>
                <w:rPr>
                  <w:color w:val="222222"/>
                  <w:sz w:val="19"/>
                </w:rPr>
                <w:id w:val="-851720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030">
                  <w:rPr>
                    <w:rFonts w:ascii="MS Gothic" w:eastAsia="MS Gothic" w:hAnsi="MS Gothic" w:hint="eastAsia"/>
                    <w:color w:val="222222"/>
                    <w:sz w:val="19"/>
                  </w:rPr>
                  <w:t>☐</w:t>
                </w:r>
              </w:sdtContent>
            </w:sdt>
            <w:r w:rsidR="00BD2FBA">
              <w:rPr>
                <w:color w:val="222222"/>
                <w:sz w:val="19"/>
              </w:rPr>
              <w:t xml:space="preserve"> Modify     </w:t>
            </w:r>
            <w:sdt>
              <w:sdtPr>
                <w:rPr>
                  <w:color w:val="222222"/>
                  <w:sz w:val="19"/>
                </w:rPr>
                <w:id w:val="112227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030">
                  <w:rPr>
                    <w:rFonts w:ascii="MS Gothic" w:eastAsia="MS Gothic" w:hAnsi="MS Gothic" w:hint="eastAsia"/>
                    <w:color w:val="222222"/>
                    <w:sz w:val="19"/>
                  </w:rPr>
                  <w:t>☐</w:t>
                </w:r>
              </w:sdtContent>
            </w:sdt>
            <w:r w:rsidR="00BD2FBA">
              <w:rPr>
                <w:color w:val="222222"/>
                <w:sz w:val="19"/>
              </w:rPr>
              <w:t xml:space="preserve"> Discontinue</w:t>
            </w:r>
          </w:p>
        </w:tc>
      </w:tr>
      <w:tr w:rsidR="0009150F" w14:paraId="664E74BC" w14:textId="77777777">
        <w:trPr>
          <w:cantSplit/>
          <w:jc w:val="center"/>
        </w:trPr>
        <w:tc>
          <w:tcPr>
            <w:tcW w:w="230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3F5"/>
          </w:tcPr>
          <w:p w14:paraId="1A897620" w14:textId="77777777" w:rsidR="0009150F" w:rsidRDefault="00BD2FBA">
            <w:pPr>
              <w:spacing w:after="0" w:line="240" w:lineRule="auto"/>
            </w:pPr>
            <w:r>
              <w:rPr>
                <w:b/>
                <w:color w:val="222222"/>
                <w:sz w:val="19"/>
              </w:rPr>
              <w:t>Effective Date of Outcome</w:t>
            </w:r>
          </w:p>
        </w:tc>
        <w:sdt>
          <w:sdtPr>
            <w:id w:val="1180930311"/>
            <w:placeholder>
              <w:docPart w:val="DefaultPlaceholder_-18540134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7060" w:type="dxa"/>
                <w:tcBorders>
                  <w:top w:val="single" w:sz="6" w:space="0" w:color="B7B7B7"/>
                  <w:left w:val="single" w:sz="6" w:space="0" w:color="B7B7B7"/>
                  <w:bottom w:val="single" w:sz="6" w:space="0" w:color="B7B7B7"/>
                  <w:right w:val="single" w:sz="6" w:space="0" w:color="B7B7B7"/>
                </w:tcBorders>
              </w:tcPr>
              <w:p w14:paraId="268563B2" w14:textId="12027C08" w:rsidR="0009150F" w:rsidRDefault="005561B1">
                <w:pPr>
                  <w:spacing w:after="0" w:line="240" w:lineRule="auto"/>
                </w:pPr>
                <w:r w:rsidRPr="00461221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09150F" w14:paraId="2334CF66" w14:textId="77777777">
        <w:trPr>
          <w:cantSplit/>
          <w:jc w:val="center"/>
        </w:trPr>
        <w:tc>
          <w:tcPr>
            <w:tcW w:w="230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3F5"/>
          </w:tcPr>
          <w:p w14:paraId="6AE13EAA" w14:textId="77777777" w:rsidR="0009150F" w:rsidRDefault="00BD2FBA">
            <w:pPr>
              <w:spacing w:after="0" w:line="240" w:lineRule="auto"/>
            </w:pPr>
            <w:r>
              <w:rPr>
                <w:b/>
                <w:color w:val="222222"/>
                <w:sz w:val="19"/>
              </w:rPr>
              <w:t>15-Day Written Notice</w:t>
            </w:r>
          </w:p>
        </w:tc>
        <w:tc>
          <w:tcPr>
            <w:tcW w:w="70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5E2DEEF3" w14:textId="75A26AAD" w:rsidR="0009150F" w:rsidRDefault="00BD2FBA">
            <w:pPr>
              <w:spacing w:after="0" w:line="240" w:lineRule="auto"/>
            </w:pPr>
            <w:r>
              <w:rPr>
                <w:color w:val="222222"/>
                <w:sz w:val="19"/>
              </w:rPr>
              <w:t xml:space="preserve">Date provided, if required: </w:t>
            </w:r>
            <w:sdt>
              <w:sdtPr>
                <w:rPr>
                  <w:color w:val="222222"/>
                  <w:sz w:val="19"/>
                </w:rPr>
                <w:id w:val="-550846759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5561B1" w:rsidRPr="00461221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</w:tbl>
    <w:p w14:paraId="66531451" w14:textId="45A9A1E3" w:rsidR="00730645" w:rsidRPr="003D450E" w:rsidRDefault="00BD2FBA" w:rsidP="00730645">
      <w:pPr>
        <w:keepNext/>
        <w:spacing w:before="140" w:after="40"/>
        <w:rPr>
          <w:b/>
          <w:color w:val="862633"/>
        </w:rPr>
      </w:pPr>
      <w:proofErr w:type="gramStart"/>
      <w:r w:rsidRPr="003D450E">
        <w:rPr>
          <w:b/>
          <w:color w:val="862633"/>
        </w:rPr>
        <w:t>Review Summary</w:t>
      </w:r>
      <w:proofErr w:type="gramEnd"/>
      <w:r w:rsidRPr="003D450E">
        <w:rPr>
          <w:b/>
          <w:color w:val="862633"/>
        </w:rPr>
        <w:t xml:space="preserve"> and Supporting Information</w:t>
      </w:r>
    </w:p>
    <w:p w14:paraId="6044C7F9" w14:textId="7DCA5E89" w:rsidR="00EA3B23" w:rsidRPr="00EA3B23" w:rsidRDefault="00EA3B23" w:rsidP="00EA3B23">
      <w:pPr>
        <w:pBdr>
          <w:bottom w:val="single" w:sz="6" w:space="1" w:color="auto"/>
          <w:between w:val="single" w:sz="6" w:space="1" w:color="auto"/>
        </w:pBdr>
        <w:spacing w:after="40" w:line="240" w:lineRule="auto"/>
      </w:pPr>
    </w:p>
    <w:p w14:paraId="49B87DB0" w14:textId="21141196" w:rsidR="00EA3B23" w:rsidRPr="00EA3B23" w:rsidRDefault="00EA3B23" w:rsidP="00EA3B23">
      <w:pPr>
        <w:pBdr>
          <w:bottom w:val="single" w:sz="6" w:space="1" w:color="auto"/>
          <w:between w:val="single" w:sz="6" w:space="1" w:color="auto"/>
        </w:pBdr>
        <w:spacing w:after="40" w:line="240" w:lineRule="auto"/>
      </w:pPr>
    </w:p>
    <w:p w14:paraId="45BAA7CC" w14:textId="77777777" w:rsidR="00EA3B23" w:rsidRPr="00EA3B23" w:rsidRDefault="00EA3B23" w:rsidP="00EA3B23">
      <w:pPr>
        <w:pBdr>
          <w:bottom w:val="single" w:sz="6" w:space="1" w:color="auto"/>
          <w:between w:val="single" w:sz="6" w:space="1" w:color="auto"/>
        </w:pBdr>
        <w:spacing w:after="40" w:line="240" w:lineRule="auto"/>
      </w:pPr>
    </w:p>
    <w:p w14:paraId="24C4154D" w14:textId="77777777" w:rsidR="00EA3B23" w:rsidRPr="00EA3B23" w:rsidRDefault="00EA3B23" w:rsidP="00EA3B23">
      <w:pPr>
        <w:pBdr>
          <w:bottom w:val="single" w:sz="6" w:space="1" w:color="auto"/>
          <w:between w:val="single" w:sz="6" w:space="1" w:color="auto"/>
        </w:pBdr>
        <w:spacing w:after="40" w:line="240" w:lineRule="auto"/>
      </w:pPr>
    </w:p>
    <w:p w14:paraId="4F6863FD" w14:textId="41434DB5" w:rsidR="00EA3B23" w:rsidRPr="00EA3B23" w:rsidRDefault="00BD2FBA" w:rsidP="00EA3B23">
      <w:pPr>
        <w:keepNext/>
        <w:spacing w:before="140" w:after="40"/>
        <w:rPr>
          <w:b/>
          <w:color w:val="6A0032"/>
        </w:rPr>
      </w:pPr>
      <w:r w:rsidRPr="003D450E">
        <w:rPr>
          <w:b/>
          <w:color w:val="862633"/>
        </w:rPr>
        <w:t>Conditions, corrective expectations, or revised schedule (if applicable)</w:t>
      </w:r>
    </w:p>
    <w:p w14:paraId="01B1FCF6" w14:textId="0188B762" w:rsidR="00EA3B23" w:rsidRPr="00EA3B23" w:rsidRDefault="00EA3B23">
      <w:pPr>
        <w:pBdr>
          <w:bottom w:val="single" w:sz="6" w:space="1" w:color="auto"/>
          <w:between w:val="single" w:sz="6" w:space="1" w:color="auto"/>
        </w:pBdr>
        <w:spacing w:after="40" w:line="240" w:lineRule="auto"/>
      </w:pPr>
    </w:p>
    <w:p w14:paraId="65E79D41" w14:textId="3ECF3257" w:rsidR="00EA3B23" w:rsidRPr="00EA3B23" w:rsidRDefault="00EA3B23">
      <w:pPr>
        <w:pBdr>
          <w:bottom w:val="single" w:sz="6" w:space="1" w:color="auto"/>
          <w:between w:val="single" w:sz="6" w:space="1" w:color="auto"/>
        </w:pBdr>
        <w:spacing w:after="40" w:line="240" w:lineRule="auto"/>
      </w:pPr>
    </w:p>
    <w:p w14:paraId="7063C6D1" w14:textId="00632604" w:rsidR="00EA3B23" w:rsidRPr="00EA3B23" w:rsidRDefault="00EA3B23">
      <w:pPr>
        <w:pBdr>
          <w:bottom w:val="single" w:sz="6" w:space="1" w:color="auto"/>
          <w:between w:val="single" w:sz="6" w:space="1" w:color="auto"/>
        </w:pBdr>
        <w:spacing w:after="40" w:line="240" w:lineRule="auto"/>
      </w:pPr>
    </w:p>
    <w:p w14:paraId="21060E66" w14:textId="32D1F6D2" w:rsidR="00EA3B23" w:rsidRPr="00EA3B23" w:rsidRDefault="00EA3B23">
      <w:pPr>
        <w:pBdr>
          <w:bottom w:val="single" w:sz="6" w:space="1" w:color="auto"/>
          <w:between w:val="single" w:sz="6" w:space="1" w:color="auto"/>
        </w:pBdr>
        <w:spacing w:after="40" w:line="240" w:lineRule="auto"/>
      </w:pPr>
    </w:p>
    <w:p w14:paraId="332ADA62" w14:textId="77777777" w:rsidR="00341030" w:rsidRDefault="00341030">
      <w:pPr>
        <w:spacing w:after="40" w:line="240" w:lineRule="auto"/>
      </w:pP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580"/>
        <w:gridCol w:w="2580"/>
        <w:gridCol w:w="2100"/>
        <w:gridCol w:w="2100"/>
      </w:tblGrid>
      <w:tr w:rsidR="0009150F" w14:paraId="13E1311E" w14:textId="77777777" w:rsidTr="003D450E">
        <w:trPr>
          <w:cantSplit/>
          <w:tblHeader/>
        </w:trPr>
        <w:tc>
          <w:tcPr>
            <w:tcW w:w="2580" w:type="dxa"/>
            <w:tcBorders>
              <w:top w:val="single" w:sz="6" w:space="0" w:color="6A0032"/>
              <w:left w:val="single" w:sz="6" w:space="0" w:color="6A0032"/>
              <w:bottom w:val="single" w:sz="6" w:space="0" w:color="6A0032"/>
              <w:right w:val="single" w:sz="6" w:space="0" w:color="6A0032"/>
            </w:tcBorders>
            <w:shd w:val="clear" w:color="auto" w:fill="86263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5143801" w14:textId="77777777" w:rsidR="0009150F" w:rsidRDefault="00BD2FBA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Review Acknowledgment</w:t>
            </w:r>
          </w:p>
        </w:tc>
        <w:tc>
          <w:tcPr>
            <w:tcW w:w="2580" w:type="dxa"/>
            <w:tcBorders>
              <w:top w:val="single" w:sz="6" w:space="0" w:color="6A0032"/>
              <w:left w:val="single" w:sz="6" w:space="0" w:color="6A0032"/>
              <w:bottom w:val="single" w:sz="6" w:space="0" w:color="6A0032"/>
              <w:right w:val="single" w:sz="6" w:space="0" w:color="6A0032"/>
            </w:tcBorders>
            <w:shd w:val="clear" w:color="auto" w:fill="86263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B52D91" w14:textId="77777777" w:rsidR="0009150F" w:rsidRDefault="00BD2FBA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Printed Name</w:t>
            </w:r>
          </w:p>
        </w:tc>
        <w:tc>
          <w:tcPr>
            <w:tcW w:w="2100" w:type="dxa"/>
            <w:tcBorders>
              <w:top w:val="single" w:sz="6" w:space="0" w:color="6A0032"/>
              <w:left w:val="single" w:sz="6" w:space="0" w:color="6A0032"/>
              <w:bottom w:val="single" w:sz="6" w:space="0" w:color="6A0032"/>
              <w:right w:val="single" w:sz="6" w:space="0" w:color="6A0032"/>
            </w:tcBorders>
            <w:shd w:val="clear" w:color="auto" w:fill="86263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8A1FE27" w14:textId="77777777" w:rsidR="0009150F" w:rsidRDefault="00BD2FBA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Signature</w:t>
            </w:r>
          </w:p>
        </w:tc>
        <w:tc>
          <w:tcPr>
            <w:tcW w:w="2100" w:type="dxa"/>
            <w:tcBorders>
              <w:top w:val="single" w:sz="6" w:space="0" w:color="6A0032"/>
              <w:left w:val="single" w:sz="6" w:space="0" w:color="6A0032"/>
              <w:bottom w:val="single" w:sz="6" w:space="0" w:color="6A0032"/>
              <w:right w:val="single" w:sz="6" w:space="0" w:color="6A0032"/>
            </w:tcBorders>
            <w:shd w:val="clear" w:color="auto" w:fill="86263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9FD5FD" w14:textId="77777777" w:rsidR="0009150F" w:rsidRDefault="00BD2FBA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Date</w:t>
            </w:r>
          </w:p>
        </w:tc>
      </w:tr>
      <w:tr w:rsidR="0009150F" w14:paraId="00311A52" w14:textId="77777777">
        <w:trPr>
          <w:cantSplit/>
        </w:trPr>
        <w:tc>
          <w:tcPr>
            <w:tcW w:w="25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4125F615" w14:textId="77777777" w:rsidR="0009150F" w:rsidRDefault="00BD2FBA">
            <w:pPr>
              <w:spacing w:after="0" w:line="240" w:lineRule="auto"/>
            </w:pPr>
            <w:r>
              <w:rPr>
                <w:b/>
                <w:color w:val="222222"/>
                <w:sz w:val="17"/>
              </w:rPr>
              <w:t>Employee</w:t>
            </w:r>
          </w:p>
        </w:tc>
        <w:sdt>
          <w:sdtPr>
            <w:id w:val="-1431036853"/>
            <w:placeholder>
              <w:docPart w:val="DefaultPlaceholder_-1854013440"/>
            </w:placeholder>
            <w:showingPlcHdr/>
          </w:sdtPr>
          <w:sdtContent>
            <w:tc>
              <w:tcPr>
                <w:tcW w:w="2580" w:type="dxa"/>
                <w:tcBorders>
                  <w:top w:val="single" w:sz="6" w:space="0" w:color="B7B7B7"/>
                  <w:left w:val="single" w:sz="6" w:space="0" w:color="B7B7B7"/>
                  <w:bottom w:val="single" w:sz="6" w:space="0" w:color="B7B7B7"/>
                  <w:right w:val="single" w:sz="6" w:space="0" w:color="B7B7B7"/>
                </w:tcBorders>
              </w:tcPr>
              <w:p w14:paraId="685E6795" w14:textId="59567013" w:rsidR="0009150F" w:rsidRDefault="00341030">
                <w:pPr>
                  <w:spacing w:after="0" w:line="240" w:lineRule="auto"/>
                </w:pPr>
                <w:r w:rsidRPr="004612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645623007"/>
            <w:placeholder>
              <w:docPart w:val="DefaultPlaceholder_-1854013440"/>
            </w:placeholder>
            <w:showingPlcHdr/>
          </w:sdtPr>
          <w:sdtContent>
            <w:tc>
              <w:tcPr>
                <w:tcW w:w="2100" w:type="dxa"/>
                <w:tcBorders>
                  <w:top w:val="single" w:sz="6" w:space="0" w:color="B7B7B7"/>
                  <w:left w:val="single" w:sz="6" w:space="0" w:color="B7B7B7"/>
                  <w:bottom w:val="single" w:sz="6" w:space="0" w:color="B7B7B7"/>
                  <w:right w:val="single" w:sz="6" w:space="0" w:color="B7B7B7"/>
                </w:tcBorders>
              </w:tcPr>
              <w:p w14:paraId="08B8A4CF" w14:textId="2B97D8F2" w:rsidR="0009150F" w:rsidRDefault="00341030">
                <w:pPr>
                  <w:spacing w:after="0" w:line="240" w:lineRule="auto"/>
                </w:pPr>
                <w:r w:rsidRPr="004612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387106201"/>
            <w:placeholder>
              <w:docPart w:val="DefaultPlaceholder_-18540134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100" w:type="dxa"/>
                <w:tcBorders>
                  <w:top w:val="single" w:sz="6" w:space="0" w:color="B7B7B7"/>
                  <w:left w:val="single" w:sz="6" w:space="0" w:color="B7B7B7"/>
                  <w:bottom w:val="single" w:sz="6" w:space="0" w:color="B7B7B7"/>
                  <w:right w:val="single" w:sz="6" w:space="0" w:color="B7B7B7"/>
                </w:tcBorders>
              </w:tcPr>
              <w:p w14:paraId="2E975F55" w14:textId="6458CA90" w:rsidR="0009150F" w:rsidRDefault="005561B1">
                <w:pPr>
                  <w:spacing w:after="0" w:line="240" w:lineRule="auto"/>
                </w:pPr>
                <w:r w:rsidRPr="00461221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5561B1" w14:paraId="330EB05F" w14:textId="77777777">
        <w:trPr>
          <w:cantSplit/>
        </w:trPr>
        <w:tc>
          <w:tcPr>
            <w:tcW w:w="25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76CB787A" w14:textId="77777777" w:rsidR="005561B1" w:rsidRDefault="005561B1" w:rsidP="005561B1">
            <w:pPr>
              <w:spacing w:after="0" w:line="240" w:lineRule="auto"/>
            </w:pPr>
            <w:r>
              <w:rPr>
                <w:b/>
                <w:color w:val="222222"/>
                <w:sz w:val="17"/>
              </w:rPr>
              <w:t>Supervisor</w:t>
            </w:r>
          </w:p>
        </w:tc>
        <w:sdt>
          <w:sdtPr>
            <w:id w:val="495765097"/>
            <w:placeholder>
              <w:docPart w:val="6633E191FF0443EAA65A2F74651B3C16"/>
            </w:placeholder>
            <w:showingPlcHdr/>
          </w:sdtPr>
          <w:sdtContent>
            <w:tc>
              <w:tcPr>
                <w:tcW w:w="2580" w:type="dxa"/>
                <w:tcBorders>
                  <w:top w:val="single" w:sz="6" w:space="0" w:color="B7B7B7"/>
                  <w:left w:val="single" w:sz="6" w:space="0" w:color="B7B7B7"/>
                  <w:bottom w:val="single" w:sz="6" w:space="0" w:color="B7B7B7"/>
                  <w:right w:val="single" w:sz="6" w:space="0" w:color="B7B7B7"/>
                </w:tcBorders>
              </w:tcPr>
              <w:p w14:paraId="76D9E577" w14:textId="5E46C873" w:rsidR="005561B1" w:rsidRDefault="005561B1" w:rsidP="005561B1">
                <w:pPr>
                  <w:spacing w:after="0" w:line="240" w:lineRule="auto"/>
                </w:pPr>
                <w:r w:rsidRPr="004612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90823856"/>
            <w:placeholder>
              <w:docPart w:val="ED8A481DDD664309817EED9ACBD7DED1"/>
            </w:placeholder>
            <w:showingPlcHdr/>
          </w:sdtPr>
          <w:sdtContent>
            <w:tc>
              <w:tcPr>
                <w:tcW w:w="2100" w:type="dxa"/>
                <w:tcBorders>
                  <w:top w:val="single" w:sz="6" w:space="0" w:color="B7B7B7"/>
                  <w:left w:val="single" w:sz="6" w:space="0" w:color="B7B7B7"/>
                  <w:bottom w:val="single" w:sz="6" w:space="0" w:color="B7B7B7"/>
                  <w:right w:val="single" w:sz="6" w:space="0" w:color="B7B7B7"/>
                </w:tcBorders>
              </w:tcPr>
              <w:p w14:paraId="20450C48" w14:textId="1CF2E22C" w:rsidR="005561B1" w:rsidRDefault="005561B1" w:rsidP="005561B1">
                <w:pPr>
                  <w:spacing w:after="0" w:line="240" w:lineRule="auto"/>
                </w:pPr>
                <w:r w:rsidRPr="004612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806384754"/>
            <w:placeholder>
              <w:docPart w:val="14326A142B6748F799155D1F95EF6DA3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100" w:type="dxa"/>
                <w:tcBorders>
                  <w:top w:val="single" w:sz="6" w:space="0" w:color="B7B7B7"/>
                  <w:left w:val="single" w:sz="6" w:space="0" w:color="B7B7B7"/>
                  <w:bottom w:val="single" w:sz="6" w:space="0" w:color="B7B7B7"/>
                  <w:right w:val="single" w:sz="6" w:space="0" w:color="B7B7B7"/>
                </w:tcBorders>
              </w:tcPr>
              <w:p w14:paraId="13F4D7FD" w14:textId="729D7EF5" w:rsidR="005561B1" w:rsidRDefault="005561B1" w:rsidP="005561B1">
                <w:pPr>
                  <w:spacing w:after="0" w:line="240" w:lineRule="auto"/>
                </w:pPr>
                <w:r w:rsidRPr="009861BC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5561B1" w14:paraId="24F165AB" w14:textId="77777777">
        <w:trPr>
          <w:cantSplit/>
        </w:trPr>
        <w:tc>
          <w:tcPr>
            <w:tcW w:w="25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5590ED79" w14:textId="77777777" w:rsidR="005561B1" w:rsidRDefault="005561B1" w:rsidP="005561B1">
            <w:pPr>
              <w:spacing w:after="0" w:line="240" w:lineRule="auto"/>
            </w:pPr>
            <w:r>
              <w:rPr>
                <w:b/>
                <w:color w:val="222222"/>
                <w:sz w:val="17"/>
              </w:rPr>
              <w:t>Office of Human Resources</w:t>
            </w:r>
          </w:p>
        </w:tc>
        <w:sdt>
          <w:sdtPr>
            <w:id w:val="1246309445"/>
            <w:placeholder>
              <w:docPart w:val="57EEC56CA6E7458B9158B18DE938FBC7"/>
            </w:placeholder>
            <w:showingPlcHdr/>
          </w:sdtPr>
          <w:sdtContent>
            <w:tc>
              <w:tcPr>
                <w:tcW w:w="2580" w:type="dxa"/>
                <w:tcBorders>
                  <w:top w:val="single" w:sz="6" w:space="0" w:color="B7B7B7"/>
                  <w:left w:val="single" w:sz="6" w:space="0" w:color="B7B7B7"/>
                  <w:bottom w:val="single" w:sz="6" w:space="0" w:color="B7B7B7"/>
                  <w:right w:val="single" w:sz="6" w:space="0" w:color="B7B7B7"/>
                </w:tcBorders>
              </w:tcPr>
              <w:p w14:paraId="33F3274E" w14:textId="48257C6B" w:rsidR="005561B1" w:rsidRDefault="005561B1" w:rsidP="005561B1">
                <w:pPr>
                  <w:spacing w:after="0" w:line="240" w:lineRule="auto"/>
                </w:pPr>
                <w:r w:rsidRPr="004612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978133169"/>
            <w:placeholder>
              <w:docPart w:val="313FEA6D545345A1816F40F631406F1D"/>
            </w:placeholder>
            <w:showingPlcHdr/>
          </w:sdtPr>
          <w:sdtContent>
            <w:tc>
              <w:tcPr>
                <w:tcW w:w="2100" w:type="dxa"/>
                <w:tcBorders>
                  <w:top w:val="single" w:sz="6" w:space="0" w:color="B7B7B7"/>
                  <w:left w:val="single" w:sz="6" w:space="0" w:color="B7B7B7"/>
                  <w:bottom w:val="single" w:sz="6" w:space="0" w:color="B7B7B7"/>
                  <w:right w:val="single" w:sz="6" w:space="0" w:color="B7B7B7"/>
                </w:tcBorders>
              </w:tcPr>
              <w:p w14:paraId="1237A7D7" w14:textId="679AF9A7" w:rsidR="005561B1" w:rsidRDefault="005561B1" w:rsidP="005561B1">
                <w:pPr>
                  <w:spacing w:after="0" w:line="240" w:lineRule="auto"/>
                </w:pPr>
                <w:r w:rsidRPr="004612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679467469"/>
            <w:placeholder>
              <w:docPart w:val="C573F2D6CF404DC68D2F8B3C17D395DB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100" w:type="dxa"/>
                <w:tcBorders>
                  <w:top w:val="single" w:sz="6" w:space="0" w:color="B7B7B7"/>
                  <w:left w:val="single" w:sz="6" w:space="0" w:color="B7B7B7"/>
                  <w:bottom w:val="single" w:sz="6" w:space="0" w:color="B7B7B7"/>
                  <w:right w:val="single" w:sz="6" w:space="0" w:color="B7B7B7"/>
                </w:tcBorders>
              </w:tcPr>
              <w:p w14:paraId="7C2EA809" w14:textId="27A41AE2" w:rsidR="005561B1" w:rsidRDefault="005561B1" w:rsidP="005561B1">
                <w:pPr>
                  <w:spacing w:after="0" w:line="240" w:lineRule="auto"/>
                </w:pPr>
                <w:r w:rsidRPr="009861BC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5BD62976" w14:textId="77777777" w:rsidR="0009150F" w:rsidRDefault="00BD2FBA">
      <w:pPr>
        <w:spacing w:before="200" w:after="0"/>
      </w:pPr>
      <w:r>
        <w:rPr>
          <w:i/>
          <w:color w:val="666666"/>
          <w:sz w:val="16"/>
        </w:rPr>
        <w:t xml:space="preserve">Policy: NCCU POL 80.02.1, Flexible Work Arrangements and Remote Work Policy (revised January 8, 2026; approved February 3, 2026). Questions should be directed </w:t>
      </w:r>
      <w:proofErr w:type="gramStart"/>
      <w:r>
        <w:rPr>
          <w:i/>
          <w:color w:val="666666"/>
          <w:sz w:val="16"/>
        </w:rPr>
        <w:t>to</w:t>
      </w:r>
      <w:proofErr w:type="gramEnd"/>
      <w:r>
        <w:rPr>
          <w:i/>
          <w:color w:val="666666"/>
          <w:sz w:val="16"/>
        </w:rPr>
        <w:t xml:space="preserve"> the Office of Human Resources at 919-530-6334.</w:t>
      </w:r>
    </w:p>
    <w:sectPr w:rsidR="0009150F" w:rsidSect="00034616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893" w:right="1224" w:bottom="893" w:left="1224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79941" w14:textId="77777777" w:rsidR="00B95882" w:rsidRDefault="00B95882">
      <w:pPr>
        <w:spacing w:after="0" w:line="240" w:lineRule="auto"/>
      </w:pPr>
      <w:r>
        <w:separator/>
      </w:r>
    </w:p>
  </w:endnote>
  <w:endnote w:type="continuationSeparator" w:id="0">
    <w:p w14:paraId="7AE881D8" w14:textId="77777777" w:rsidR="00B95882" w:rsidRDefault="00B95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63B44" w14:textId="77777777" w:rsidR="0009150F" w:rsidRDefault="00BD2FBA">
    <w:pPr>
      <w:pStyle w:val="Footer"/>
      <w:spacing w:line="252" w:lineRule="auto"/>
      <w:jc w:val="center"/>
    </w:pPr>
    <w:r>
      <w:rPr>
        <w:color w:val="666666"/>
        <w:sz w:val="15"/>
      </w:rPr>
      <w:t>NCCU POL 80.02.1  •  Flexible Work Arrangements and Remote Work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EF96E" w14:textId="77777777" w:rsidR="0009150F" w:rsidRDefault="00BD2FBA">
    <w:pPr>
      <w:pStyle w:val="Footer"/>
      <w:spacing w:line="252" w:lineRule="auto"/>
      <w:jc w:val="center"/>
    </w:pPr>
    <w:r>
      <w:rPr>
        <w:color w:val="666666"/>
        <w:sz w:val="15"/>
      </w:rPr>
      <w:t>NCCU POL 80.02.1  •  Flexible Work Arrangements and Remote Work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0A702" w14:textId="77777777" w:rsidR="00B95882" w:rsidRDefault="00B95882">
      <w:pPr>
        <w:spacing w:after="0" w:line="240" w:lineRule="auto"/>
      </w:pPr>
      <w:r>
        <w:separator/>
      </w:r>
    </w:p>
  </w:footnote>
  <w:footnote w:type="continuationSeparator" w:id="0">
    <w:p w14:paraId="365BA4DC" w14:textId="77777777" w:rsidR="00B95882" w:rsidRDefault="00B958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2577C" w14:textId="77777777" w:rsidR="0009150F" w:rsidRDefault="00BD2FBA">
    <w:pPr>
      <w:pStyle w:val="Header"/>
      <w:spacing w:line="252" w:lineRule="auto"/>
      <w:jc w:val="right"/>
    </w:pPr>
    <w:r>
      <w:rPr>
        <w:b/>
        <w:color w:val="6A0032"/>
        <w:sz w:val="15"/>
      </w:rPr>
      <w:t xml:space="preserve">NORTH CAROLINA CENTRAL </w:t>
    </w:r>
    <w:r>
      <w:rPr>
        <w:b/>
        <w:color w:val="6A0032"/>
        <w:sz w:val="15"/>
      </w:rPr>
      <w:t>UNIVERSITY  |  OFFICE OF HUMAN RESOURCES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EF5C8" w14:textId="77777777" w:rsidR="0009150F" w:rsidRPr="00C81F78" w:rsidRDefault="00BD2FBA">
    <w:pPr>
      <w:pStyle w:val="Header"/>
      <w:spacing w:line="252" w:lineRule="auto"/>
      <w:jc w:val="right"/>
      <w:rPr>
        <w:color w:val="862633"/>
      </w:rPr>
    </w:pPr>
    <w:r w:rsidRPr="00C81F78">
      <w:rPr>
        <w:b/>
        <w:color w:val="862633"/>
        <w:sz w:val="15"/>
      </w:rPr>
      <w:t>NORTH CAROLINA CENTRAL UNIVERSITY  |  OFFICE OF HUMAN RESOURCES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59959234">
    <w:abstractNumId w:val="8"/>
  </w:num>
  <w:num w:numId="2" w16cid:durableId="658846741">
    <w:abstractNumId w:val="6"/>
  </w:num>
  <w:num w:numId="3" w16cid:durableId="1183786769">
    <w:abstractNumId w:val="5"/>
  </w:num>
  <w:num w:numId="4" w16cid:durableId="1891991421">
    <w:abstractNumId w:val="4"/>
  </w:num>
  <w:num w:numId="5" w16cid:durableId="1871141202">
    <w:abstractNumId w:val="7"/>
  </w:num>
  <w:num w:numId="6" w16cid:durableId="1028796188">
    <w:abstractNumId w:val="3"/>
  </w:num>
  <w:num w:numId="7" w16cid:durableId="751199957">
    <w:abstractNumId w:val="2"/>
  </w:num>
  <w:num w:numId="8" w16cid:durableId="1925990649">
    <w:abstractNumId w:val="1"/>
  </w:num>
  <w:num w:numId="9" w16cid:durableId="699865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430"/>
    <w:rsid w:val="00034616"/>
    <w:rsid w:val="000471AD"/>
    <w:rsid w:val="0006063C"/>
    <w:rsid w:val="00080E57"/>
    <w:rsid w:val="0009150F"/>
    <w:rsid w:val="00097314"/>
    <w:rsid w:val="00105EA3"/>
    <w:rsid w:val="0015074B"/>
    <w:rsid w:val="00156B0F"/>
    <w:rsid w:val="00175FF7"/>
    <w:rsid w:val="00184BF2"/>
    <w:rsid w:val="001D16FE"/>
    <w:rsid w:val="001D2F49"/>
    <w:rsid w:val="00261450"/>
    <w:rsid w:val="0029639D"/>
    <w:rsid w:val="00326F90"/>
    <w:rsid w:val="00341030"/>
    <w:rsid w:val="00392892"/>
    <w:rsid w:val="00396815"/>
    <w:rsid w:val="003D450E"/>
    <w:rsid w:val="00441B09"/>
    <w:rsid w:val="004C09A2"/>
    <w:rsid w:val="004C543D"/>
    <w:rsid w:val="00527460"/>
    <w:rsid w:val="005561B1"/>
    <w:rsid w:val="005C183D"/>
    <w:rsid w:val="00603F2C"/>
    <w:rsid w:val="0062266C"/>
    <w:rsid w:val="006E18B7"/>
    <w:rsid w:val="00730645"/>
    <w:rsid w:val="00767074"/>
    <w:rsid w:val="007715B6"/>
    <w:rsid w:val="00777292"/>
    <w:rsid w:val="007E31C1"/>
    <w:rsid w:val="008A65E0"/>
    <w:rsid w:val="008D394F"/>
    <w:rsid w:val="008D3C3B"/>
    <w:rsid w:val="00941CD8"/>
    <w:rsid w:val="00AA1D8D"/>
    <w:rsid w:val="00B4169C"/>
    <w:rsid w:val="00B47730"/>
    <w:rsid w:val="00B95882"/>
    <w:rsid w:val="00BA666D"/>
    <w:rsid w:val="00BB6310"/>
    <w:rsid w:val="00BD2FBA"/>
    <w:rsid w:val="00C31A7A"/>
    <w:rsid w:val="00C81F78"/>
    <w:rsid w:val="00C86954"/>
    <w:rsid w:val="00CB0664"/>
    <w:rsid w:val="00D65008"/>
    <w:rsid w:val="00DA0C44"/>
    <w:rsid w:val="00E631C2"/>
    <w:rsid w:val="00E8314C"/>
    <w:rsid w:val="00E97814"/>
    <w:rsid w:val="00EA3B23"/>
    <w:rsid w:val="00F47A4E"/>
    <w:rsid w:val="00F91CC4"/>
    <w:rsid w:val="00FC693F"/>
    <w:rsid w:val="28A4DC40"/>
    <w:rsid w:val="5FC8B590"/>
    <w:rsid w:val="6B984B87"/>
    <w:rsid w:val="6E2EED72"/>
    <w:rsid w:val="7B6A3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CB66A7"/>
  <w14:defaultImageDpi w14:val="300"/>
  <w15:docId w15:val="{9A455DFC-FF1B-44C8-8487-0274DB662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/>
      <w:outlineLvl w:val="0"/>
    </w:pPr>
    <w:rPr>
      <w:rFonts w:asciiTheme="majorHAnsi" w:eastAsiaTheme="majorEastAsia" w:hAnsiTheme="majorHAnsi" w:cstheme="majorBidi"/>
      <w:b/>
      <w:bCs/>
      <w:color w:val="6A003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b/>
      <w:bCs/>
      <w:color w:val="6A0032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/>
      <w:outlineLvl w:val="2"/>
    </w:pPr>
    <w:rPr>
      <w:rFonts w:asciiTheme="majorHAnsi" w:eastAsiaTheme="majorEastAsia" w:hAnsiTheme="majorHAnsi" w:cstheme="majorBidi"/>
      <w:b/>
      <w:bCs/>
      <w:color w:val="222222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PlaceholderText">
    <w:name w:val="Placeholder Text"/>
    <w:basedOn w:val="DefaultParagraphFont"/>
    <w:uiPriority w:val="99"/>
    <w:semiHidden/>
    <w:rsid w:val="00441B09"/>
    <w:rPr>
      <w:color w:val="666666"/>
    </w:rPr>
  </w:style>
  <w:style w:type="paragraph" w:styleId="Revision">
    <w:name w:val="Revision"/>
    <w:hidden/>
    <w:uiPriority w:val="99"/>
    <w:semiHidden/>
    <w:rsid w:val="00777292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FBC447-B3E0-4542-AC20-0D37F40E4FD3}"/>
      </w:docPartPr>
      <w:docPartBody>
        <w:p w:rsidR="00862DDE" w:rsidRDefault="00C86954">
          <w:r w:rsidRPr="0046122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F1FFDAF12848008714F5D9ECB430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666F14-D469-43EA-8293-7AA65551BD3C}"/>
      </w:docPartPr>
      <w:docPartBody>
        <w:p w:rsidR="00862DDE" w:rsidRDefault="00C86954" w:rsidP="00C86954">
          <w:pPr>
            <w:pStyle w:val="3CF1FFDAF12848008714F5D9ECB4309B"/>
          </w:pPr>
          <w:r w:rsidRPr="0046122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03E837D24840BCB3AAE4BDB258EA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B97B6-5B1C-4562-98A6-1766503E17C8}"/>
      </w:docPartPr>
      <w:docPartBody>
        <w:p w:rsidR="00862DDE" w:rsidRDefault="00C86954" w:rsidP="00C86954">
          <w:pPr>
            <w:pStyle w:val="6B03E837D24840BCB3AAE4BDB258EAAD"/>
          </w:pPr>
          <w:r w:rsidRPr="0046122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BE82603D404979BE540748BF1F23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A94407-2FD8-4046-ACE5-265F20C04C4C}"/>
      </w:docPartPr>
      <w:docPartBody>
        <w:p w:rsidR="00862DDE" w:rsidRDefault="00C86954" w:rsidP="00C86954">
          <w:pPr>
            <w:pStyle w:val="E5BE82603D404979BE540748BF1F234A"/>
          </w:pPr>
          <w:r w:rsidRPr="0046122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6BC6118F9346C7A17D673435976E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EE5513-B41F-4853-8DA9-B790F8A6371B}"/>
      </w:docPartPr>
      <w:docPartBody>
        <w:p w:rsidR="00862DDE" w:rsidRDefault="00C86954" w:rsidP="00C86954">
          <w:pPr>
            <w:pStyle w:val="416BC6118F9346C7A17D673435976E91"/>
          </w:pPr>
          <w:r w:rsidRPr="0046122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AF208FCF3D4129846327BE21E1A4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6FFA95-A887-4395-8CF5-2701BCFFB8F7}"/>
      </w:docPartPr>
      <w:docPartBody>
        <w:p w:rsidR="00862DDE" w:rsidRDefault="00C86954" w:rsidP="00C86954">
          <w:pPr>
            <w:pStyle w:val="5CAF208FCF3D4129846327BE21E1A448"/>
          </w:pPr>
          <w:r w:rsidRPr="0046122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0CB830E4664812BC4D04CF2F8B2D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2726C5-1151-439A-A0DC-54C1047F8B60}"/>
      </w:docPartPr>
      <w:docPartBody>
        <w:p w:rsidR="00862DDE" w:rsidRDefault="00C86954" w:rsidP="00C86954">
          <w:pPr>
            <w:pStyle w:val="8B0CB830E4664812BC4D04CF2F8B2D38"/>
          </w:pPr>
          <w:r w:rsidRPr="0046122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54B778694245A5A880389A44AE4C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A64668-71DE-4579-94E2-9B0077183EC7}"/>
      </w:docPartPr>
      <w:docPartBody>
        <w:p w:rsidR="00862DDE" w:rsidRDefault="00C86954" w:rsidP="00C86954">
          <w:pPr>
            <w:pStyle w:val="3D54B778694245A5A880389A44AE4CE6"/>
          </w:pPr>
          <w:r w:rsidRPr="0046122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05E1B754FA4E89BB11587CF7B31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561CDA-F55A-4EA0-904B-4DC2E9E490FA}"/>
      </w:docPartPr>
      <w:docPartBody>
        <w:p w:rsidR="00862DDE" w:rsidRDefault="00C86954" w:rsidP="00C86954">
          <w:pPr>
            <w:pStyle w:val="A205E1B754FA4E89BB11587CF7B317A5"/>
          </w:pPr>
          <w:r w:rsidRPr="0046122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4C3FECE3FA4DE98711B3C94EAC81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3D1D96-3C45-4F31-87FD-0D02EC91E78A}"/>
      </w:docPartPr>
      <w:docPartBody>
        <w:p w:rsidR="00862DDE" w:rsidRDefault="00C86954" w:rsidP="00C86954">
          <w:pPr>
            <w:pStyle w:val="DD4C3FECE3FA4DE98711B3C94EAC81D2"/>
          </w:pPr>
          <w:r w:rsidRPr="0046122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56BA21B83643ECA5A6FA6E638976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10B462-3CD1-4792-9C9F-65818A30B730}"/>
      </w:docPartPr>
      <w:docPartBody>
        <w:p w:rsidR="00862DDE" w:rsidRDefault="00C86954" w:rsidP="00C86954">
          <w:pPr>
            <w:pStyle w:val="A456BA21B83643ECA5A6FA6E638976B2"/>
          </w:pPr>
          <w:r w:rsidRPr="0046122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BCCAE011C94DFD97C041D6BC854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486198-D9B8-4F55-8B2A-6B08ADCCEEC2}"/>
      </w:docPartPr>
      <w:docPartBody>
        <w:p w:rsidR="00862DDE" w:rsidRDefault="00C86954" w:rsidP="00C86954">
          <w:pPr>
            <w:pStyle w:val="5DBCCAE011C94DFD97C041D6BC854A5D"/>
          </w:pPr>
          <w:r w:rsidRPr="0046122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67BC987B7649AFB9F2EB2D2D69E7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D0E038-DD07-4E6E-96C8-04FCC19BDFA4}"/>
      </w:docPartPr>
      <w:docPartBody>
        <w:p w:rsidR="00862DDE" w:rsidRDefault="00C86954" w:rsidP="00C86954">
          <w:pPr>
            <w:pStyle w:val="F267BC987B7649AFB9F2EB2D2D69E773"/>
          </w:pPr>
          <w:r w:rsidRPr="0046122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B2396F99E24FD2A98334A1FCF9C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86A927-4CA6-415C-814E-3E6987673461}"/>
      </w:docPartPr>
      <w:docPartBody>
        <w:p w:rsidR="00862DDE" w:rsidRDefault="00C86954" w:rsidP="00C86954">
          <w:pPr>
            <w:pStyle w:val="2BB2396F99E24FD2A98334A1FCF9CE53"/>
          </w:pPr>
          <w:r w:rsidRPr="0046122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5EB638516D4783858451D9426C57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F7066C-2E85-40E4-9072-FA274DC1A305}"/>
      </w:docPartPr>
      <w:docPartBody>
        <w:p w:rsidR="00862DDE" w:rsidRDefault="00C86954" w:rsidP="00C86954">
          <w:pPr>
            <w:pStyle w:val="905EB638516D4783858451D9426C5792"/>
          </w:pPr>
          <w:r w:rsidRPr="0046122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516261AE264D7B8B943E091CF091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8D84E8-1D86-44AB-A90E-B8ABDCDA049A}"/>
      </w:docPartPr>
      <w:docPartBody>
        <w:p w:rsidR="00862DDE" w:rsidRDefault="00C86954" w:rsidP="00C86954">
          <w:pPr>
            <w:pStyle w:val="2E516261AE264D7B8B943E091CF091B4"/>
          </w:pPr>
          <w:r w:rsidRPr="0046122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D9B0AC8B6C4E5E9669AFFBF9C10F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7117CF-E6B6-49B4-BC53-33C259D331D8}"/>
      </w:docPartPr>
      <w:docPartBody>
        <w:p w:rsidR="00862DDE" w:rsidRDefault="00C86954" w:rsidP="00C86954">
          <w:pPr>
            <w:pStyle w:val="21D9B0AC8B6C4E5E9669AFFBF9C10FB6"/>
          </w:pPr>
          <w:r w:rsidRPr="0046122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4041A9CA57459080B538B762DB25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14AD1A-697E-40FB-8ADA-EEE381A47C4C}"/>
      </w:docPartPr>
      <w:docPartBody>
        <w:p w:rsidR="00862DDE" w:rsidRDefault="00C86954" w:rsidP="00C86954">
          <w:pPr>
            <w:pStyle w:val="DC4041A9CA57459080B538B762DB2517"/>
          </w:pPr>
          <w:r w:rsidRPr="0046122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4EBDF2181548BB9A8477717751E3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1E1D8A-11B6-44CA-BCC2-9D4377DA69DF}"/>
      </w:docPartPr>
      <w:docPartBody>
        <w:p w:rsidR="00862DDE" w:rsidRDefault="00C86954" w:rsidP="00C86954">
          <w:pPr>
            <w:pStyle w:val="E84EBDF2181548BB9A8477717751E3CF"/>
          </w:pPr>
          <w:r w:rsidRPr="0046122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DA33A8C197452B81FB3DD6CA7977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7F7DC7-8748-4AD7-B23F-3B9E38BA49EE}"/>
      </w:docPartPr>
      <w:docPartBody>
        <w:p w:rsidR="00862DDE" w:rsidRDefault="00C86954" w:rsidP="00C86954">
          <w:pPr>
            <w:pStyle w:val="F5DA33A8C197452B81FB3DD6CA797746"/>
          </w:pPr>
          <w:r w:rsidRPr="0046122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6FB1EDC4DB467680CE13A3C944F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8C3C0-A4F5-4B59-92D2-A5BD046ABC9D}"/>
      </w:docPartPr>
      <w:docPartBody>
        <w:p w:rsidR="00862DDE" w:rsidRDefault="00C86954" w:rsidP="00C86954">
          <w:pPr>
            <w:pStyle w:val="DB6FB1EDC4DB467680CE13A3C944FFEB"/>
          </w:pPr>
          <w:r w:rsidRPr="0046122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4F00E074764DB38811054C536A82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1E470C-D739-468E-9699-844F0A52D9FC}"/>
      </w:docPartPr>
      <w:docPartBody>
        <w:p w:rsidR="00862DDE" w:rsidRDefault="00C86954" w:rsidP="00C86954">
          <w:pPr>
            <w:pStyle w:val="9D4F00E074764DB38811054C536A8268"/>
          </w:pPr>
          <w:r w:rsidRPr="0046122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A8717809224930B4CF72BCCE5760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0B105D-3C82-4494-A3F7-BDFC0D325BF0}"/>
      </w:docPartPr>
      <w:docPartBody>
        <w:p w:rsidR="00862DDE" w:rsidRDefault="00C86954" w:rsidP="00C86954">
          <w:pPr>
            <w:pStyle w:val="7CA8717809224930B4CF72BCCE5760E8"/>
          </w:pPr>
          <w:r w:rsidRPr="0046122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969A4648914E01827F44C4007C41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A813B7-AC8C-4B0E-80C1-9CD081CA75E4}"/>
      </w:docPartPr>
      <w:docPartBody>
        <w:p w:rsidR="00862DDE" w:rsidRDefault="00C86954" w:rsidP="00C86954">
          <w:pPr>
            <w:pStyle w:val="B9969A4648914E01827F44C4007C4120"/>
          </w:pPr>
          <w:r w:rsidRPr="0046122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6930288E88443CAE47EEAEB6D838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4DF270-1278-4618-A85C-817F710238C9}"/>
      </w:docPartPr>
      <w:docPartBody>
        <w:p w:rsidR="00862DDE" w:rsidRDefault="00C86954" w:rsidP="00C86954">
          <w:pPr>
            <w:pStyle w:val="176930288E88443CAE47EEAEB6D838A7"/>
          </w:pPr>
          <w:r w:rsidRPr="0046122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155D819962478BA7AA6971DFC6D6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3A6884-EF5C-4D89-A648-A3A0DF8C1743}"/>
      </w:docPartPr>
      <w:docPartBody>
        <w:p w:rsidR="00862DDE" w:rsidRDefault="00C86954" w:rsidP="00C86954">
          <w:pPr>
            <w:pStyle w:val="12155D819962478BA7AA6971DFC6D670"/>
          </w:pPr>
          <w:r w:rsidRPr="0046122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0CEB68B2354151A720DA89CB7856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F91B71-9CDF-4F6E-92E3-4F1405F97FF0}"/>
      </w:docPartPr>
      <w:docPartBody>
        <w:p w:rsidR="00862DDE" w:rsidRDefault="00C86954" w:rsidP="00C86954">
          <w:pPr>
            <w:pStyle w:val="A90CEB68B2354151A720DA89CB7856E5"/>
          </w:pPr>
          <w:r w:rsidRPr="0046122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2AC2B7C1264073A275669FED353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91C42F-0A22-402C-99BE-3BF14B0ADDA2}"/>
      </w:docPartPr>
      <w:docPartBody>
        <w:p w:rsidR="00862DDE" w:rsidRDefault="00C86954" w:rsidP="00C86954">
          <w:pPr>
            <w:pStyle w:val="A72AC2B7C1264073A275669FED353A33"/>
          </w:pPr>
          <w:r w:rsidRPr="0046122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02C0D8-6C53-46BB-B9F3-CB7DC2DAA371}"/>
      </w:docPartPr>
      <w:docPartBody>
        <w:p w:rsidR="00862DDE" w:rsidRDefault="00C86954">
          <w:r w:rsidRPr="00461221">
            <w:rPr>
              <w:rStyle w:val="PlaceholderText"/>
            </w:rPr>
            <w:t>Click or tap to enter a date.</w:t>
          </w:r>
        </w:p>
      </w:docPartBody>
    </w:docPart>
    <w:docPart>
      <w:docPartPr>
        <w:name w:val="36C7019E7C694545A3BF0E98B52BC8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383FFF-BC6C-43EF-A3A9-16CCAF008C0B}"/>
      </w:docPartPr>
      <w:docPartBody>
        <w:p w:rsidR="00862DDE" w:rsidRDefault="00C86954" w:rsidP="00C86954">
          <w:pPr>
            <w:pStyle w:val="36C7019E7C694545A3BF0E98B52BC8CA"/>
          </w:pPr>
          <w:r w:rsidRPr="0046122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A4F7421CE54C96B3660D74B5D089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2528A6-1C4F-43B9-B3CB-CDF13B67158B}"/>
      </w:docPartPr>
      <w:docPartBody>
        <w:p w:rsidR="00862DDE" w:rsidRDefault="00C86954" w:rsidP="00C86954">
          <w:pPr>
            <w:pStyle w:val="20A4F7421CE54C96B3660D74B5D089C7"/>
          </w:pPr>
          <w:r w:rsidRPr="0046122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595EF72E3B4BA0A96B32CAF0E0F5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4CDA4-AED4-421F-95A3-1C4C5A454B2B}"/>
      </w:docPartPr>
      <w:docPartBody>
        <w:p w:rsidR="00862DDE" w:rsidRDefault="00C86954" w:rsidP="00C86954">
          <w:pPr>
            <w:pStyle w:val="90595EF72E3B4BA0A96B32CAF0E0F565"/>
          </w:pPr>
          <w:r w:rsidRPr="0046122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450F52B04F42F683511F24C4A447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D6047B-429B-42E9-B227-4C0AAEA2A053}"/>
      </w:docPartPr>
      <w:docPartBody>
        <w:p w:rsidR="00862DDE" w:rsidRDefault="00C86954" w:rsidP="00C86954">
          <w:pPr>
            <w:pStyle w:val="2D450F52B04F42F683511F24C4A4470C"/>
          </w:pPr>
          <w:r w:rsidRPr="00461221">
            <w:rPr>
              <w:rStyle w:val="PlaceholderText"/>
            </w:rPr>
            <w:t>Click or tap to enter a date.</w:t>
          </w:r>
        </w:p>
      </w:docPartBody>
    </w:docPart>
    <w:docPart>
      <w:docPartPr>
        <w:name w:val="EF892943D4DB419DB9255E685F8832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811C9F-366A-4551-A267-CF107E74221D}"/>
      </w:docPartPr>
      <w:docPartBody>
        <w:p w:rsidR="00862DDE" w:rsidRDefault="00C86954" w:rsidP="00C86954">
          <w:pPr>
            <w:pStyle w:val="EF892943D4DB419DB9255E685F8832F0"/>
          </w:pPr>
          <w:r w:rsidRPr="0046122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B607B6711E4E6FB88C80B9EC7F96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500BBD-8D79-4FE9-B236-1F664B1AF5EE}"/>
      </w:docPartPr>
      <w:docPartBody>
        <w:p w:rsidR="00862DDE" w:rsidRDefault="00C86954" w:rsidP="00C86954">
          <w:pPr>
            <w:pStyle w:val="86B607B6711E4E6FB88C80B9EC7F963D"/>
          </w:pPr>
          <w:r w:rsidRPr="0046122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5A9BCEDF0C4DC4BE2607A32D9523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8B2C-D3B4-4793-B7DA-80C077B0CAC8}"/>
      </w:docPartPr>
      <w:docPartBody>
        <w:p w:rsidR="00862DDE" w:rsidRDefault="00C86954" w:rsidP="00C86954">
          <w:pPr>
            <w:pStyle w:val="D35A9BCEDF0C4DC4BE2607A32D952382"/>
          </w:pPr>
          <w:r w:rsidRPr="0046122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6FDBFB3C8543C48486BF230FBF6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CB8281-45C4-4D8A-86A3-54F2957DC9DB}"/>
      </w:docPartPr>
      <w:docPartBody>
        <w:p w:rsidR="00862DDE" w:rsidRDefault="00C86954" w:rsidP="00C86954">
          <w:pPr>
            <w:pStyle w:val="506FDBFB3C8543C48486BF230FBF6592"/>
          </w:pPr>
          <w:r w:rsidRPr="00461221">
            <w:rPr>
              <w:rStyle w:val="PlaceholderText"/>
            </w:rPr>
            <w:t>Click or tap to enter a date.</w:t>
          </w:r>
        </w:p>
      </w:docPartBody>
    </w:docPart>
    <w:docPart>
      <w:docPartPr>
        <w:name w:val="A3C2EE782ABB4D1B956FD36DEBB092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9EBE08-0C62-47FB-A1BA-72926B7C0BC0}"/>
      </w:docPartPr>
      <w:docPartBody>
        <w:p w:rsidR="00862DDE" w:rsidRDefault="00C86954" w:rsidP="00C86954">
          <w:pPr>
            <w:pStyle w:val="A3C2EE782ABB4D1B956FD36DEBB0925E"/>
          </w:pPr>
          <w:r w:rsidRPr="0046122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D980A6CAE247E6801C875E8CA01D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79D2E5-4A97-499A-A90B-3EFFDAB82A06}"/>
      </w:docPartPr>
      <w:docPartBody>
        <w:p w:rsidR="00862DDE" w:rsidRDefault="00C86954" w:rsidP="00C86954">
          <w:pPr>
            <w:pStyle w:val="10D980A6CAE247E6801C875E8CA01D7B"/>
          </w:pPr>
          <w:r w:rsidRPr="0046122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D45159A7E1458C842DEDE9C3E67E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FFF405-8F4D-494A-B628-86CA8A5D99D0}"/>
      </w:docPartPr>
      <w:docPartBody>
        <w:p w:rsidR="00862DDE" w:rsidRDefault="00C86954" w:rsidP="00C86954">
          <w:pPr>
            <w:pStyle w:val="BAD45159A7E1458C842DEDE9C3E67EFD"/>
          </w:pPr>
          <w:r w:rsidRPr="0046122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1E2A684606426599E9E91B1691F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C43B01-CD50-456B-B63F-A25F9A76B3EB}"/>
      </w:docPartPr>
      <w:docPartBody>
        <w:p w:rsidR="00862DDE" w:rsidRDefault="00C86954" w:rsidP="00C86954">
          <w:pPr>
            <w:pStyle w:val="561E2A684606426599E9E91B1691FCCB"/>
          </w:pPr>
          <w:r w:rsidRPr="00461221">
            <w:rPr>
              <w:rStyle w:val="PlaceholderText"/>
            </w:rPr>
            <w:t>Click or tap to enter a date.</w:t>
          </w:r>
        </w:p>
      </w:docPartBody>
    </w:docPart>
    <w:docPart>
      <w:docPartPr>
        <w:name w:val="6633E191FF0443EAA65A2F74651B3C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42126-1E2B-4021-AD20-D60743E0693A}"/>
      </w:docPartPr>
      <w:docPartBody>
        <w:p w:rsidR="00862DDE" w:rsidRDefault="00C86954" w:rsidP="00C86954">
          <w:pPr>
            <w:pStyle w:val="6633E191FF0443EAA65A2F74651B3C16"/>
          </w:pPr>
          <w:r w:rsidRPr="0046122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8A481DDD664309817EED9ACBD7DE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CF602F-0599-42EB-AA9C-3D72F8A2630D}"/>
      </w:docPartPr>
      <w:docPartBody>
        <w:p w:rsidR="00862DDE" w:rsidRDefault="00C86954" w:rsidP="00C86954">
          <w:pPr>
            <w:pStyle w:val="ED8A481DDD664309817EED9ACBD7DED1"/>
          </w:pPr>
          <w:r w:rsidRPr="0046122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326A142B6748F799155D1F95EF6D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CFBCF2-C4EC-4DED-82E0-FBB0AF151E1A}"/>
      </w:docPartPr>
      <w:docPartBody>
        <w:p w:rsidR="00862DDE" w:rsidRDefault="00C86954" w:rsidP="00C86954">
          <w:pPr>
            <w:pStyle w:val="14326A142B6748F799155D1F95EF6DA3"/>
          </w:pPr>
          <w:r w:rsidRPr="00461221">
            <w:rPr>
              <w:rStyle w:val="PlaceholderText"/>
            </w:rPr>
            <w:t>Click or tap to enter a date.</w:t>
          </w:r>
        </w:p>
      </w:docPartBody>
    </w:docPart>
    <w:docPart>
      <w:docPartPr>
        <w:name w:val="57EEC56CA6E7458B9158B18DE938FB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965922-CF80-4E3D-9D10-84A043408C4F}"/>
      </w:docPartPr>
      <w:docPartBody>
        <w:p w:rsidR="00862DDE" w:rsidRDefault="00C86954" w:rsidP="00C86954">
          <w:pPr>
            <w:pStyle w:val="57EEC56CA6E7458B9158B18DE938FBC7"/>
          </w:pPr>
          <w:r w:rsidRPr="0046122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3FEA6D545345A1816F40F631406F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D5732E-457D-4676-82D0-CB577884CAA6}"/>
      </w:docPartPr>
      <w:docPartBody>
        <w:p w:rsidR="00862DDE" w:rsidRDefault="00C86954" w:rsidP="00C86954">
          <w:pPr>
            <w:pStyle w:val="313FEA6D545345A1816F40F631406F1D"/>
          </w:pPr>
          <w:r w:rsidRPr="0046122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73F2D6CF404DC68D2F8B3C17D395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D57E6A-B288-4179-A4C2-5F4E4F4C5D55}"/>
      </w:docPartPr>
      <w:docPartBody>
        <w:p w:rsidR="00862DDE" w:rsidRDefault="00C86954" w:rsidP="00C86954">
          <w:pPr>
            <w:pStyle w:val="C573F2D6CF404DC68D2F8B3C17D395DB"/>
          </w:pPr>
          <w:r w:rsidRPr="00461221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954"/>
    <w:rsid w:val="000471AD"/>
    <w:rsid w:val="00603F2C"/>
    <w:rsid w:val="00862DDE"/>
    <w:rsid w:val="00C80B37"/>
    <w:rsid w:val="00C86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86954"/>
    <w:rPr>
      <w:color w:val="666666"/>
    </w:rPr>
  </w:style>
  <w:style w:type="paragraph" w:customStyle="1" w:styleId="3CF1FFDAF12848008714F5D9ECB4309B">
    <w:name w:val="3CF1FFDAF12848008714F5D9ECB4309B"/>
    <w:rsid w:val="00C86954"/>
  </w:style>
  <w:style w:type="paragraph" w:customStyle="1" w:styleId="6B03E837D24840BCB3AAE4BDB258EAAD">
    <w:name w:val="6B03E837D24840BCB3AAE4BDB258EAAD"/>
    <w:rsid w:val="00C86954"/>
  </w:style>
  <w:style w:type="paragraph" w:customStyle="1" w:styleId="E5BE82603D404979BE540748BF1F234A">
    <w:name w:val="E5BE82603D404979BE540748BF1F234A"/>
    <w:rsid w:val="00C86954"/>
  </w:style>
  <w:style w:type="paragraph" w:customStyle="1" w:styleId="416BC6118F9346C7A17D673435976E91">
    <w:name w:val="416BC6118F9346C7A17D673435976E91"/>
    <w:rsid w:val="00C86954"/>
  </w:style>
  <w:style w:type="paragraph" w:customStyle="1" w:styleId="5CAF208FCF3D4129846327BE21E1A448">
    <w:name w:val="5CAF208FCF3D4129846327BE21E1A448"/>
    <w:rsid w:val="00C86954"/>
  </w:style>
  <w:style w:type="paragraph" w:customStyle="1" w:styleId="8B0CB830E4664812BC4D04CF2F8B2D38">
    <w:name w:val="8B0CB830E4664812BC4D04CF2F8B2D38"/>
    <w:rsid w:val="00C86954"/>
  </w:style>
  <w:style w:type="paragraph" w:customStyle="1" w:styleId="3D54B778694245A5A880389A44AE4CE6">
    <w:name w:val="3D54B778694245A5A880389A44AE4CE6"/>
    <w:rsid w:val="00C86954"/>
  </w:style>
  <w:style w:type="paragraph" w:customStyle="1" w:styleId="A205E1B754FA4E89BB11587CF7B317A5">
    <w:name w:val="A205E1B754FA4E89BB11587CF7B317A5"/>
    <w:rsid w:val="00C86954"/>
  </w:style>
  <w:style w:type="paragraph" w:customStyle="1" w:styleId="DD4C3FECE3FA4DE98711B3C94EAC81D2">
    <w:name w:val="DD4C3FECE3FA4DE98711B3C94EAC81D2"/>
    <w:rsid w:val="00C86954"/>
  </w:style>
  <w:style w:type="paragraph" w:customStyle="1" w:styleId="A456BA21B83643ECA5A6FA6E638976B2">
    <w:name w:val="A456BA21B83643ECA5A6FA6E638976B2"/>
    <w:rsid w:val="00C86954"/>
  </w:style>
  <w:style w:type="paragraph" w:customStyle="1" w:styleId="5DBCCAE011C94DFD97C041D6BC854A5D">
    <w:name w:val="5DBCCAE011C94DFD97C041D6BC854A5D"/>
    <w:rsid w:val="00C86954"/>
  </w:style>
  <w:style w:type="paragraph" w:customStyle="1" w:styleId="F267BC987B7649AFB9F2EB2D2D69E773">
    <w:name w:val="F267BC987B7649AFB9F2EB2D2D69E773"/>
    <w:rsid w:val="00C86954"/>
  </w:style>
  <w:style w:type="paragraph" w:customStyle="1" w:styleId="27F9BCE860B94BC88F395BCCC7767318">
    <w:name w:val="27F9BCE860B94BC88F395BCCC7767318"/>
    <w:rsid w:val="00C86954"/>
  </w:style>
  <w:style w:type="paragraph" w:customStyle="1" w:styleId="127C1243727C4D55BB19AED6AACDD085">
    <w:name w:val="127C1243727C4D55BB19AED6AACDD085"/>
    <w:rsid w:val="00C86954"/>
  </w:style>
  <w:style w:type="paragraph" w:customStyle="1" w:styleId="BB23F8CB717C4BC69349A2973EB4CD58">
    <w:name w:val="BB23F8CB717C4BC69349A2973EB4CD58"/>
    <w:rsid w:val="00C86954"/>
  </w:style>
  <w:style w:type="paragraph" w:customStyle="1" w:styleId="E7221E89CD7B4A9F8D622566C27FE592">
    <w:name w:val="E7221E89CD7B4A9F8D622566C27FE592"/>
    <w:rsid w:val="00C86954"/>
  </w:style>
  <w:style w:type="paragraph" w:customStyle="1" w:styleId="A3466B2D97064FB4BD4E787A2D4374F9">
    <w:name w:val="A3466B2D97064FB4BD4E787A2D4374F9"/>
    <w:rsid w:val="00C86954"/>
  </w:style>
  <w:style w:type="paragraph" w:customStyle="1" w:styleId="4D42141B063A465AABE5DBFF09F0C9CF">
    <w:name w:val="4D42141B063A465AABE5DBFF09F0C9CF"/>
    <w:rsid w:val="00C86954"/>
  </w:style>
  <w:style w:type="paragraph" w:customStyle="1" w:styleId="59B857321DAA4EA2833DB08232E80C04">
    <w:name w:val="59B857321DAA4EA2833DB08232E80C04"/>
    <w:rsid w:val="00C86954"/>
  </w:style>
  <w:style w:type="paragraph" w:customStyle="1" w:styleId="9A942E0486C345489AEE627832347178">
    <w:name w:val="9A942E0486C345489AEE627832347178"/>
    <w:rsid w:val="00C86954"/>
  </w:style>
  <w:style w:type="paragraph" w:customStyle="1" w:styleId="B101E3150F654F0083355063572C4CD4">
    <w:name w:val="B101E3150F654F0083355063572C4CD4"/>
    <w:rsid w:val="00C86954"/>
  </w:style>
  <w:style w:type="paragraph" w:customStyle="1" w:styleId="A90DC1CC072E4DBC8C8F45B6810DD2F3">
    <w:name w:val="A90DC1CC072E4DBC8C8F45B6810DD2F3"/>
    <w:rsid w:val="00C86954"/>
  </w:style>
  <w:style w:type="paragraph" w:customStyle="1" w:styleId="D85D30AC5CEF49EAB0B00AEDB9061C66">
    <w:name w:val="D85D30AC5CEF49EAB0B00AEDB9061C66"/>
    <w:rsid w:val="00C86954"/>
  </w:style>
  <w:style w:type="paragraph" w:customStyle="1" w:styleId="E3BDE60F139A4E47A6BD9A45A71D8365">
    <w:name w:val="E3BDE60F139A4E47A6BD9A45A71D8365"/>
    <w:rsid w:val="00C86954"/>
  </w:style>
  <w:style w:type="paragraph" w:customStyle="1" w:styleId="2BB2396F99E24FD2A98334A1FCF9CE53">
    <w:name w:val="2BB2396F99E24FD2A98334A1FCF9CE53"/>
    <w:rsid w:val="00C86954"/>
  </w:style>
  <w:style w:type="paragraph" w:customStyle="1" w:styleId="905EB638516D4783858451D9426C5792">
    <w:name w:val="905EB638516D4783858451D9426C5792"/>
    <w:rsid w:val="00C86954"/>
  </w:style>
  <w:style w:type="paragraph" w:customStyle="1" w:styleId="2E516261AE264D7B8B943E091CF091B4">
    <w:name w:val="2E516261AE264D7B8B943E091CF091B4"/>
    <w:rsid w:val="00C86954"/>
  </w:style>
  <w:style w:type="paragraph" w:customStyle="1" w:styleId="21D9B0AC8B6C4E5E9669AFFBF9C10FB6">
    <w:name w:val="21D9B0AC8B6C4E5E9669AFFBF9C10FB6"/>
    <w:rsid w:val="00C86954"/>
  </w:style>
  <w:style w:type="paragraph" w:customStyle="1" w:styleId="DC4041A9CA57459080B538B762DB2517">
    <w:name w:val="DC4041A9CA57459080B538B762DB2517"/>
    <w:rsid w:val="00C86954"/>
  </w:style>
  <w:style w:type="paragraph" w:customStyle="1" w:styleId="E84EBDF2181548BB9A8477717751E3CF">
    <w:name w:val="E84EBDF2181548BB9A8477717751E3CF"/>
    <w:rsid w:val="00C86954"/>
  </w:style>
  <w:style w:type="paragraph" w:customStyle="1" w:styleId="F5DA33A8C197452B81FB3DD6CA797746">
    <w:name w:val="F5DA33A8C197452B81FB3DD6CA797746"/>
    <w:rsid w:val="00C86954"/>
  </w:style>
  <w:style w:type="paragraph" w:customStyle="1" w:styleId="DB6FB1EDC4DB467680CE13A3C944FFEB">
    <w:name w:val="DB6FB1EDC4DB467680CE13A3C944FFEB"/>
    <w:rsid w:val="00C86954"/>
  </w:style>
  <w:style w:type="paragraph" w:customStyle="1" w:styleId="9D4F00E074764DB38811054C536A8268">
    <w:name w:val="9D4F00E074764DB38811054C536A8268"/>
    <w:rsid w:val="00C86954"/>
  </w:style>
  <w:style w:type="paragraph" w:customStyle="1" w:styleId="7CA8717809224930B4CF72BCCE5760E8">
    <w:name w:val="7CA8717809224930B4CF72BCCE5760E8"/>
    <w:rsid w:val="00C86954"/>
  </w:style>
  <w:style w:type="paragraph" w:customStyle="1" w:styleId="B9969A4648914E01827F44C4007C4120">
    <w:name w:val="B9969A4648914E01827F44C4007C4120"/>
    <w:rsid w:val="00C86954"/>
  </w:style>
  <w:style w:type="paragraph" w:customStyle="1" w:styleId="176930288E88443CAE47EEAEB6D838A7">
    <w:name w:val="176930288E88443CAE47EEAEB6D838A7"/>
    <w:rsid w:val="00C86954"/>
  </w:style>
  <w:style w:type="paragraph" w:customStyle="1" w:styleId="12155D819962478BA7AA6971DFC6D670">
    <w:name w:val="12155D819962478BA7AA6971DFC6D670"/>
    <w:rsid w:val="00C86954"/>
  </w:style>
  <w:style w:type="paragraph" w:customStyle="1" w:styleId="A90CEB68B2354151A720DA89CB7856E5">
    <w:name w:val="A90CEB68B2354151A720DA89CB7856E5"/>
    <w:rsid w:val="00C86954"/>
  </w:style>
  <w:style w:type="paragraph" w:customStyle="1" w:styleId="A72AC2B7C1264073A275669FED353A33">
    <w:name w:val="A72AC2B7C1264073A275669FED353A33"/>
    <w:rsid w:val="00C86954"/>
  </w:style>
  <w:style w:type="paragraph" w:customStyle="1" w:styleId="C2658C4B5E364821B86BAE818F0FDA38">
    <w:name w:val="C2658C4B5E364821B86BAE818F0FDA38"/>
    <w:rsid w:val="00C86954"/>
  </w:style>
  <w:style w:type="paragraph" w:customStyle="1" w:styleId="743ECD02CC8D4DC79AD56A941E68DB4A">
    <w:name w:val="743ECD02CC8D4DC79AD56A941E68DB4A"/>
    <w:rsid w:val="00C86954"/>
  </w:style>
  <w:style w:type="paragraph" w:customStyle="1" w:styleId="03782E5748E44345A42202E1D2802983">
    <w:name w:val="03782E5748E44345A42202E1D2802983"/>
    <w:rsid w:val="00C86954"/>
  </w:style>
  <w:style w:type="paragraph" w:customStyle="1" w:styleId="87874D5037894727ADF4EC8E64F8185A">
    <w:name w:val="87874D5037894727ADF4EC8E64F8185A"/>
    <w:rsid w:val="00C86954"/>
  </w:style>
  <w:style w:type="paragraph" w:customStyle="1" w:styleId="0CB44E85ED144D82A783F5D85CF39F99">
    <w:name w:val="0CB44E85ED144D82A783F5D85CF39F99"/>
    <w:rsid w:val="00C86954"/>
  </w:style>
  <w:style w:type="paragraph" w:customStyle="1" w:styleId="8F0361F97FE34B9AAE3F5BE75E3C07DB">
    <w:name w:val="8F0361F97FE34B9AAE3F5BE75E3C07DB"/>
    <w:rsid w:val="00C86954"/>
  </w:style>
  <w:style w:type="paragraph" w:customStyle="1" w:styleId="63BB55B579E84A64904DC8CED5BE83C7">
    <w:name w:val="63BB55B579E84A64904DC8CED5BE83C7"/>
    <w:rsid w:val="00C86954"/>
  </w:style>
  <w:style w:type="paragraph" w:customStyle="1" w:styleId="0CA26ACAE9E14217A2D0BB4E91B22B56">
    <w:name w:val="0CA26ACAE9E14217A2D0BB4E91B22B56"/>
    <w:rsid w:val="00C86954"/>
  </w:style>
  <w:style w:type="paragraph" w:customStyle="1" w:styleId="E0D2EA2E876846BDAE89CE138B7C452F">
    <w:name w:val="E0D2EA2E876846BDAE89CE138B7C452F"/>
    <w:rsid w:val="00C86954"/>
  </w:style>
  <w:style w:type="paragraph" w:customStyle="1" w:styleId="C8B001EB832B45C5975240CFEFA51A99">
    <w:name w:val="C8B001EB832B45C5975240CFEFA51A99"/>
    <w:rsid w:val="00C86954"/>
  </w:style>
  <w:style w:type="paragraph" w:customStyle="1" w:styleId="0E71C4DCBF7A42708BE8075BB664A459">
    <w:name w:val="0E71C4DCBF7A42708BE8075BB664A459"/>
    <w:rsid w:val="00C86954"/>
  </w:style>
  <w:style w:type="paragraph" w:customStyle="1" w:styleId="96F1EF111837452F930A408DC4974BE5">
    <w:name w:val="96F1EF111837452F930A408DC4974BE5"/>
    <w:rsid w:val="00C86954"/>
  </w:style>
  <w:style w:type="paragraph" w:customStyle="1" w:styleId="E848175D178942D3996EE175719052E2">
    <w:name w:val="E848175D178942D3996EE175719052E2"/>
    <w:rsid w:val="00C86954"/>
  </w:style>
  <w:style w:type="paragraph" w:customStyle="1" w:styleId="BB2AF50B4C1B48F39B126399927455FD">
    <w:name w:val="BB2AF50B4C1B48F39B126399927455FD"/>
    <w:rsid w:val="00C86954"/>
  </w:style>
  <w:style w:type="paragraph" w:customStyle="1" w:styleId="AFE354CE68C54D2798B3799903C9A50A">
    <w:name w:val="AFE354CE68C54D2798B3799903C9A50A"/>
    <w:rsid w:val="00C86954"/>
  </w:style>
  <w:style w:type="paragraph" w:customStyle="1" w:styleId="36C7019E7C694545A3BF0E98B52BC8CA">
    <w:name w:val="36C7019E7C694545A3BF0E98B52BC8CA"/>
    <w:rsid w:val="00C86954"/>
  </w:style>
  <w:style w:type="paragraph" w:customStyle="1" w:styleId="20A4F7421CE54C96B3660D74B5D089C7">
    <w:name w:val="20A4F7421CE54C96B3660D74B5D089C7"/>
    <w:rsid w:val="00C86954"/>
  </w:style>
  <w:style w:type="paragraph" w:customStyle="1" w:styleId="90595EF72E3B4BA0A96B32CAF0E0F565">
    <w:name w:val="90595EF72E3B4BA0A96B32CAF0E0F565"/>
    <w:rsid w:val="00C86954"/>
  </w:style>
  <w:style w:type="paragraph" w:customStyle="1" w:styleId="2D450F52B04F42F683511F24C4A4470C">
    <w:name w:val="2D450F52B04F42F683511F24C4A4470C"/>
    <w:rsid w:val="00C86954"/>
  </w:style>
  <w:style w:type="paragraph" w:customStyle="1" w:styleId="EF892943D4DB419DB9255E685F8832F0">
    <w:name w:val="EF892943D4DB419DB9255E685F8832F0"/>
    <w:rsid w:val="00C86954"/>
  </w:style>
  <w:style w:type="paragraph" w:customStyle="1" w:styleId="86B607B6711E4E6FB88C80B9EC7F963D">
    <w:name w:val="86B607B6711E4E6FB88C80B9EC7F963D"/>
    <w:rsid w:val="00C86954"/>
  </w:style>
  <w:style w:type="paragraph" w:customStyle="1" w:styleId="D35A9BCEDF0C4DC4BE2607A32D952382">
    <w:name w:val="D35A9BCEDF0C4DC4BE2607A32D952382"/>
    <w:rsid w:val="00C86954"/>
  </w:style>
  <w:style w:type="paragraph" w:customStyle="1" w:styleId="506FDBFB3C8543C48486BF230FBF6592">
    <w:name w:val="506FDBFB3C8543C48486BF230FBF6592"/>
    <w:rsid w:val="00C86954"/>
  </w:style>
  <w:style w:type="paragraph" w:customStyle="1" w:styleId="A3C2EE782ABB4D1B956FD36DEBB0925E">
    <w:name w:val="A3C2EE782ABB4D1B956FD36DEBB0925E"/>
    <w:rsid w:val="00C86954"/>
  </w:style>
  <w:style w:type="paragraph" w:customStyle="1" w:styleId="10D980A6CAE247E6801C875E8CA01D7B">
    <w:name w:val="10D980A6CAE247E6801C875E8CA01D7B"/>
    <w:rsid w:val="00C86954"/>
  </w:style>
  <w:style w:type="paragraph" w:customStyle="1" w:styleId="BAD45159A7E1458C842DEDE9C3E67EFD">
    <w:name w:val="BAD45159A7E1458C842DEDE9C3E67EFD"/>
    <w:rsid w:val="00C86954"/>
  </w:style>
  <w:style w:type="paragraph" w:customStyle="1" w:styleId="561E2A684606426599E9E91B1691FCCB">
    <w:name w:val="561E2A684606426599E9E91B1691FCCB"/>
    <w:rsid w:val="00C86954"/>
  </w:style>
  <w:style w:type="paragraph" w:customStyle="1" w:styleId="6633E191FF0443EAA65A2F74651B3C16">
    <w:name w:val="6633E191FF0443EAA65A2F74651B3C16"/>
    <w:rsid w:val="00C86954"/>
  </w:style>
  <w:style w:type="paragraph" w:customStyle="1" w:styleId="ED8A481DDD664309817EED9ACBD7DED1">
    <w:name w:val="ED8A481DDD664309817EED9ACBD7DED1"/>
    <w:rsid w:val="00C86954"/>
  </w:style>
  <w:style w:type="paragraph" w:customStyle="1" w:styleId="14326A142B6748F799155D1F95EF6DA3">
    <w:name w:val="14326A142B6748F799155D1F95EF6DA3"/>
    <w:rsid w:val="00C86954"/>
  </w:style>
  <w:style w:type="paragraph" w:customStyle="1" w:styleId="57EEC56CA6E7458B9158B18DE938FBC7">
    <w:name w:val="57EEC56CA6E7458B9158B18DE938FBC7"/>
    <w:rsid w:val="00C86954"/>
  </w:style>
  <w:style w:type="paragraph" w:customStyle="1" w:styleId="313FEA6D545345A1816F40F631406F1D">
    <w:name w:val="313FEA6D545345A1816F40F631406F1D"/>
    <w:rsid w:val="00C86954"/>
  </w:style>
  <w:style w:type="paragraph" w:customStyle="1" w:styleId="C573F2D6CF404DC68D2F8B3C17D395DB">
    <w:name w:val="C573F2D6CF404DC68D2F8B3C17D395DB"/>
    <w:rsid w:val="00C869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86ab769-1eab-4e00-b79e-28ba7a8dbdf6}" enabled="0" method="" siteId="{e86ab769-1eab-4e00-b79e-28ba7a8dbd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1441</Words>
  <Characters>8220</Characters>
  <Application>Microsoft Office Word</Application>
  <DocSecurity>0</DocSecurity>
  <Lines>68</Lines>
  <Paragraphs>19</Paragraphs>
  <ScaleCrop>false</ScaleCrop>
  <Manager/>
  <Company/>
  <LinksUpToDate>false</LinksUpToDate>
  <CharactersWithSpaces>9642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NCCU Flexible / Hybrid Work Arrangement Approval Form</dc:title>
  <dc:subject>Approval and review form under NCCU POL 80.02.1</dc:subject>
  <dc:creator>North Carolina Central University Office of Human Resources</dc:creator>
  <cp:keywords/>
  <dc:description>generated by python-docx</dc:description>
  <cp:lastModifiedBy>Patel, Priyal</cp:lastModifiedBy>
  <cp:revision>2</cp:revision>
  <dcterms:created xsi:type="dcterms:W3CDTF">2026-08-05T19:15:00Z</dcterms:created>
  <dcterms:modified xsi:type="dcterms:W3CDTF">2026-08-05T19:15:00Z</dcterms:modified>
  <cp:category/>
</cp:coreProperties>
</file>